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eastAsiaTheme="minorEastAsia" w:hAnsi="Aptos" w:cstheme="minorBidi"/>
          <w:b w:val="0"/>
          <w:bCs w:val="0"/>
          <w:color w:val="auto"/>
          <w:sz w:val="21"/>
          <w:szCs w:val="22"/>
          <w:lang w:val="da-DK"/>
        </w:rPr>
        <w:id w:val="-73677086"/>
        <w:docPartObj>
          <w:docPartGallery w:val="Table of Contents"/>
          <w:docPartUnique/>
        </w:docPartObj>
      </w:sdtPr>
      <w:sdtEndPr>
        <w:rPr>
          <w:lang w:val="en-US"/>
        </w:rPr>
      </w:sdtEndPr>
      <w:sdtContent>
        <w:p w14:paraId="0B1A096A" w14:textId="4373514F" w:rsidR="00304C11" w:rsidRDefault="00304C11">
          <w:pPr>
            <w:pStyle w:val="Overskrift"/>
          </w:pPr>
          <w:r>
            <w:rPr>
              <w:lang w:val="da-DK"/>
            </w:rPr>
            <w:t>Indhold</w:t>
          </w:r>
        </w:p>
        <w:p w14:paraId="0FC5EC77" w14:textId="3FBAA3F3" w:rsidR="00304C11" w:rsidRDefault="00304C11">
          <w:pPr>
            <w:pStyle w:val="Indholdsfortegnelse1"/>
            <w:tabs>
              <w:tab w:val="right" w:leader="dot" w:pos="9736"/>
            </w:tabs>
            <w:rPr>
              <w:noProof/>
            </w:rPr>
          </w:pPr>
          <w:r>
            <w:fldChar w:fldCharType="begin"/>
          </w:r>
          <w:r>
            <w:instrText xml:space="preserve"> TOC \o "1-3" \h \z \u </w:instrText>
          </w:r>
          <w:r>
            <w:fldChar w:fldCharType="separate"/>
          </w:r>
          <w:hyperlink w:anchor="_Toc238051914" w:history="1">
            <w:r w:rsidRPr="008B5589">
              <w:rPr>
                <w:rStyle w:val="Hyperlink"/>
                <w:rFonts w:ascii="Times New Roman" w:hAnsi="Times New Roman" w:cs="Times New Roman"/>
                <w:noProof/>
                <w:lang w:val="da-DK"/>
              </w:rPr>
              <w:t>1. Aftalegrundlag</w:t>
            </w:r>
            <w:r>
              <w:rPr>
                <w:noProof/>
                <w:webHidden/>
              </w:rPr>
              <w:tab/>
            </w:r>
            <w:r>
              <w:rPr>
                <w:noProof/>
                <w:webHidden/>
              </w:rPr>
              <w:fldChar w:fldCharType="begin"/>
            </w:r>
            <w:r>
              <w:rPr>
                <w:noProof/>
                <w:webHidden/>
              </w:rPr>
              <w:instrText xml:space="preserve"> PAGEREF _Toc238051914 \h </w:instrText>
            </w:r>
            <w:r>
              <w:rPr>
                <w:noProof/>
                <w:webHidden/>
              </w:rPr>
            </w:r>
            <w:r>
              <w:rPr>
                <w:noProof/>
                <w:webHidden/>
              </w:rPr>
              <w:fldChar w:fldCharType="separate"/>
            </w:r>
            <w:r w:rsidR="005011C2">
              <w:rPr>
                <w:noProof/>
                <w:webHidden/>
              </w:rPr>
              <w:t>3</w:t>
            </w:r>
            <w:r>
              <w:rPr>
                <w:noProof/>
                <w:webHidden/>
              </w:rPr>
              <w:fldChar w:fldCharType="end"/>
            </w:r>
          </w:hyperlink>
        </w:p>
        <w:p w14:paraId="370D37B5" w14:textId="3F06A784" w:rsidR="00304C11" w:rsidRDefault="00304C11">
          <w:pPr>
            <w:pStyle w:val="Indholdsfortegnelse1"/>
            <w:tabs>
              <w:tab w:val="right" w:leader="dot" w:pos="9736"/>
            </w:tabs>
            <w:rPr>
              <w:noProof/>
            </w:rPr>
          </w:pPr>
          <w:hyperlink w:anchor="_Toc238051915" w:history="1">
            <w:r w:rsidRPr="008B5589">
              <w:rPr>
                <w:rStyle w:val="Hyperlink"/>
                <w:rFonts w:ascii="Times New Roman" w:hAnsi="Times New Roman" w:cs="Times New Roman"/>
                <w:noProof/>
                <w:lang w:val="da-DK"/>
              </w:rPr>
              <w:t>2. Tilbud og gyldighed</w:t>
            </w:r>
            <w:r>
              <w:rPr>
                <w:noProof/>
                <w:webHidden/>
              </w:rPr>
              <w:tab/>
            </w:r>
            <w:r>
              <w:rPr>
                <w:noProof/>
                <w:webHidden/>
              </w:rPr>
              <w:fldChar w:fldCharType="begin"/>
            </w:r>
            <w:r>
              <w:rPr>
                <w:noProof/>
                <w:webHidden/>
              </w:rPr>
              <w:instrText xml:space="preserve"> PAGEREF _Toc238051915 \h </w:instrText>
            </w:r>
            <w:r>
              <w:rPr>
                <w:noProof/>
                <w:webHidden/>
              </w:rPr>
            </w:r>
            <w:r>
              <w:rPr>
                <w:noProof/>
                <w:webHidden/>
              </w:rPr>
              <w:fldChar w:fldCharType="separate"/>
            </w:r>
            <w:r w:rsidR="005011C2">
              <w:rPr>
                <w:noProof/>
                <w:webHidden/>
              </w:rPr>
              <w:t>3</w:t>
            </w:r>
            <w:r>
              <w:rPr>
                <w:noProof/>
                <w:webHidden/>
              </w:rPr>
              <w:fldChar w:fldCharType="end"/>
            </w:r>
          </w:hyperlink>
        </w:p>
        <w:p w14:paraId="111EEBDE" w14:textId="4C7B58E6" w:rsidR="00304C11" w:rsidRDefault="00304C11">
          <w:pPr>
            <w:pStyle w:val="Indholdsfortegnelse1"/>
            <w:tabs>
              <w:tab w:val="right" w:leader="dot" w:pos="9736"/>
            </w:tabs>
            <w:rPr>
              <w:noProof/>
            </w:rPr>
          </w:pPr>
          <w:hyperlink w:anchor="_Toc238051916" w:history="1">
            <w:r w:rsidRPr="008B5589">
              <w:rPr>
                <w:rStyle w:val="Hyperlink"/>
                <w:rFonts w:ascii="Times New Roman" w:hAnsi="Times New Roman" w:cs="Times New Roman"/>
                <w:noProof/>
                <w:lang w:val="da-DK"/>
              </w:rPr>
              <w:t>3. Prisforbehold og prisændringer</w:t>
            </w:r>
            <w:r>
              <w:rPr>
                <w:noProof/>
                <w:webHidden/>
              </w:rPr>
              <w:tab/>
            </w:r>
            <w:r>
              <w:rPr>
                <w:noProof/>
                <w:webHidden/>
              </w:rPr>
              <w:fldChar w:fldCharType="begin"/>
            </w:r>
            <w:r>
              <w:rPr>
                <w:noProof/>
                <w:webHidden/>
              </w:rPr>
              <w:instrText xml:space="preserve"> PAGEREF _Toc238051916 \h </w:instrText>
            </w:r>
            <w:r>
              <w:rPr>
                <w:noProof/>
                <w:webHidden/>
              </w:rPr>
            </w:r>
            <w:r>
              <w:rPr>
                <w:noProof/>
                <w:webHidden/>
              </w:rPr>
              <w:fldChar w:fldCharType="separate"/>
            </w:r>
            <w:r w:rsidR="005011C2">
              <w:rPr>
                <w:noProof/>
                <w:webHidden/>
              </w:rPr>
              <w:t>3</w:t>
            </w:r>
            <w:r>
              <w:rPr>
                <w:noProof/>
                <w:webHidden/>
              </w:rPr>
              <w:fldChar w:fldCharType="end"/>
            </w:r>
          </w:hyperlink>
        </w:p>
        <w:p w14:paraId="6A4B5BFE" w14:textId="495E541E" w:rsidR="00304C11" w:rsidRDefault="00304C11">
          <w:pPr>
            <w:pStyle w:val="Indholdsfortegnelse1"/>
            <w:tabs>
              <w:tab w:val="right" w:leader="dot" w:pos="9736"/>
            </w:tabs>
            <w:rPr>
              <w:noProof/>
            </w:rPr>
          </w:pPr>
          <w:hyperlink w:anchor="_Toc238051917" w:history="1">
            <w:r w:rsidRPr="008B5589">
              <w:rPr>
                <w:rStyle w:val="Hyperlink"/>
                <w:rFonts w:ascii="Times New Roman" w:hAnsi="Times New Roman" w:cs="Times New Roman"/>
                <w:noProof/>
                <w:lang w:val="da-DK"/>
              </w:rPr>
              <w:t>4. Leveringstider</w:t>
            </w:r>
            <w:r>
              <w:rPr>
                <w:noProof/>
                <w:webHidden/>
              </w:rPr>
              <w:tab/>
            </w:r>
            <w:r>
              <w:rPr>
                <w:noProof/>
                <w:webHidden/>
              </w:rPr>
              <w:fldChar w:fldCharType="begin"/>
            </w:r>
            <w:r>
              <w:rPr>
                <w:noProof/>
                <w:webHidden/>
              </w:rPr>
              <w:instrText xml:space="preserve"> PAGEREF _Toc238051917 \h </w:instrText>
            </w:r>
            <w:r>
              <w:rPr>
                <w:noProof/>
                <w:webHidden/>
              </w:rPr>
            </w:r>
            <w:r>
              <w:rPr>
                <w:noProof/>
                <w:webHidden/>
              </w:rPr>
              <w:fldChar w:fldCharType="separate"/>
            </w:r>
            <w:r w:rsidR="005011C2">
              <w:rPr>
                <w:noProof/>
                <w:webHidden/>
              </w:rPr>
              <w:t>4</w:t>
            </w:r>
            <w:r>
              <w:rPr>
                <w:noProof/>
                <w:webHidden/>
              </w:rPr>
              <w:fldChar w:fldCharType="end"/>
            </w:r>
          </w:hyperlink>
        </w:p>
        <w:p w14:paraId="68150FE3" w14:textId="6EE4CCF8" w:rsidR="00304C11" w:rsidRDefault="00304C11">
          <w:pPr>
            <w:pStyle w:val="Indholdsfortegnelse1"/>
            <w:tabs>
              <w:tab w:val="right" w:leader="dot" w:pos="9736"/>
            </w:tabs>
            <w:rPr>
              <w:noProof/>
            </w:rPr>
          </w:pPr>
          <w:hyperlink w:anchor="_Toc238051918" w:history="1">
            <w:r w:rsidRPr="008B5589">
              <w:rPr>
                <w:rStyle w:val="Hyperlink"/>
                <w:rFonts w:ascii="Times New Roman" w:hAnsi="Times New Roman" w:cs="Times New Roman"/>
                <w:noProof/>
                <w:lang w:val="da-DK"/>
              </w:rPr>
              <w:t>5. Fast pris, overslag og arbejde efter regning</w:t>
            </w:r>
            <w:r>
              <w:rPr>
                <w:noProof/>
                <w:webHidden/>
              </w:rPr>
              <w:tab/>
            </w:r>
            <w:r>
              <w:rPr>
                <w:noProof/>
                <w:webHidden/>
              </w:rPr>
              <w:fldChar w:fldCharType="begin"/>
            </w:r>
            <w:r>
              <w:rPr>
                <w:noProof/>
                <w:webHidden/>
              </w:rPr>
              <w:instrText xml:space="preserve"> PAGEREF _Toc238051918 \h </w:instrText>
            </w:r>
            <w:r>
              <w:rPr>
                <w:noProof/>
                <w:webHidden/>
              </w:rPr>
            </w:r>
            <w:r>
              <w:rPr>
                <w:noProof/>
                <w:webHidden/>
              </w:rPr>
              <w:fldChar w:fldCharType="separate"/>
            </w:r>
            <w:r w:rsidR="005011C2">
              <w:rPr>
                <w:noProof/>
                <w:webHidden/>
              </w:rPr>
              <w:t>4</w:t>
            </w:r>
            <w:r>
              <w:rPr>
                <w:noProof/>
                <w:webHidden/>
              </w:rPr>
              <w:fldChar w:fldCharType="end"/>
            </w:r>
          </w:hyperlink>
        </w:p>
        <w:p w14:paraId="0B0F77E5" w14:textId="1A2D58A4" w:rsidR="00304C11" w:rsidRDefault="00304C11">
          <w:pPr>
            <w:pStyle w:val="Indholdsfortegnelse1"/>
            <w:tabs>
              <w:tab w:val="right" w:leader="dot" w:pos="9736"/>
            </w:tabs>
            <w:rPr>
              <w:noProof/>
            </w:rPr>
          </w:pPr>
          <w:hyperlink w:anchor="_Toc238051919" w:history="1">
            <w:r w:rsidRPr="008B5589">
              <w:rPr>
                <w:rStyle w:val="Hyperlink"/>
                <w:rFonts w:ascii="Times New Roman" w:hAnsi="Times New Roman" w:cs="Times New Roman"/>
                <w:noProof/>
                <w:lang w:val="da-DK"/>
              </w:rPr>
              <w:t>6. Priser og moms</w:t>
            </w:r>
            <w:r>
              <w:rPr>
                <w:noProof/>
                <w:webHidden/>
              </w:rPr>
              <w:tab/>
            </w:r>
            <w:r>
              <w:rPr>
                <w:noProof/>
                <w:webHidden/>
              </w:rPr>
              <w:fldChar w:fldCharType="begin"/>
            </w:r>
            <w:r>
              <w:rPr>
                <w:noProof/>
                <w:webHidden/>
              </w:rPr>
              <w:instrText xml:space="preserve"> PAGEREF _Toc238051919 \h </w:instrText>
            </w:r>
            <w:r>
              <w:rPr>
                <w:noProof/>
                <w:webHidden/>
              </w:rPr>
            </w:r>
            <w:r>
              <w:rPr>
                <w:noProof/>
                <w:webHidden/>
              </w:rPr>
              <w:fldChar w:fldCharType="separate"/>
            </w:r>
            <w:r w:rsidR="005011C2">
              <w:rPr>
                <w:noProof/>
                <w:webHidden/>
              </w:rPr>
              <w:t>4</w:t>
            </w:r>
            <w:r>
              <w:rPr>
                <w:noProof/>
                <w:webHidden/>
              </w:rPr>
              <w:fldChar w:fldCharType="end"/>
            </w:r>
          </w:hyperlink>
        </w:p>
        <w:p w14:paraId="6B774C67" w14:textId="322B5170" w:rsidR="00304C11" w:rsidRDefault="00304C11">
          <w:pPr>
            <w:pStyle w:val="Indholdsfortegnelse1"/>
            <w:tabs>
              <w:tab w:val="right" w:leader="dot" w:pos="9736"/>
            </w:tabs>
            <w:rPr>
              <w:noProof/>
            </w:rPr>
          </w:pPr>
          <w:hyperlink w:anchor="_Toc238051920" w:history="1">
            <w:r w:rsidRPr="008B5589">
              <w:rPr>
                <w:rStyle w:val="Hyperlink"/>
                <w:rFonts w:ascii="Times New Roman" w:hAnsi="Times New Roman" w:cs="Times New Roman"/>
                <w:noProof/>
                <w:lang w:val="da-DK"/>
              </w:rPr>
              <w:t>7. Betaling</w:t>
            </w:r>
            <w:r>
              <w:rPr>
                <w:noProof/>
                <w:webHidden/>
              </w:rPr>
              <w:tab/>
            </w:r>
            <w:r>
              <w:rPr>
                <w:noProof/>
                <w:webHidden/>
              </w:rPr>
              <w:fldChar w:fldCharType="begin"/>
            </w:r>
            <w:r>
              <w:rPr>
                <w:noProof/>
                <w:webHidden/>
              </w:rPr>
              <w:instrText xml:space="preserve"> PAGEREF _Toc238051920 \h </w:instrText>
            </w:r>
            <w:r>
              <w:rPr>
                <w:noProof/>
                <w:webHidden/>
              </w:rPr>
            </w:r>
            <w:r>
              <w:rPr>
                <w:noProof/>
                <w:webHidden/>
              </w:rPr>
              <w:fldChar w:fldCharType="separate"/>
            </w:r>
            <w:r w:rsidR="005011C2">
              <w:rPr>
                <w:noProof/>
                <w:webHidden/>
              </w:rPr>
              <w:t>4</w:t>
            </w:r>
            <w:r>
              <w:rPr>
                <w:noProof/>
                <w:webHidden/>
              </w:rPr>
              <w:fldChar w:fldCharType="end"/>
            </w:r>
          </w:hyperlink>
        </w:p>
        <w:p w14:paraId="5ABAFECE" w14:textId="25AA0348" w:rsidR="00304C11" w:rsidRDefault="00304C11">
          <w:pPr>
            <w:pStyle w:val="Indholdsfortegnelse1"/>
            <w:tabs>
              <w:tab w:val="right" w:leader="dot" w:pos="9736"/>
            </w:tabs>
            <w:rPr>
              <w:noProof/>
            </w:rPr>
          </w:pPr>
          <w:hyperlink w:anchor="_Toc238051921" w:history="1">
            <w:r w:rsidRPr="008B5589">
              <w:rPr>
                <w:rStyle w:val="Hyperlink"/>
                <w:rFonts w:ascii="Times New Roman" w:hAnsi="Times New Roman" w:cs="Times New Roman"/>
                <w:noProof/>
                <w:lang w:val="da-DK"/>
              </w:rPr>
              <w:t>8. Ændringer og ekstraarbejde</w:t>
            </w:r>
            <w:r>
              <w:rPr>
                <w:noProof/>
                <w:webHidden/>
              </w:rPr>
              <w:tab/>
            </w:r>
            <w:r>
              <w:rPr>
                <w:noProof/>
                <w:webHidden/>
              </w:rPr>
              <w:fldChar w:fldCharType="begin"/>
            </w:r>
            <w:r>
              <w:rPr>
                <w:noProof/>
                <w:webHidden/>
              </w:rPr>
              <w:instrText xml:space="preserve"> PAGEREF _Toc238051921 \h </w:instrText>
            </w:r>
            <w:r>
              <w:rPr>
                <w:noProof/>
                <w:webHidden/>
              </w:rPr>
            </w:r>
            <w:r>
              <w:rPr>
                <w:noProof/>
                <w:webHidden/>
              </w:rPr>
              <w:fldChar w:fldCharType="separate"/>
            </w:r>
            <w:r w:rsidR="005011C2">
              <w:rPr>
                <w:noProof/>
                <w:webHidden/>
              </w:rPr>
              <w:t>4</w:t>
            </w:r>
            <w:r>
              <w:rPr>
                <w:noProof/>
                <w:webHidden/>
              </w:rPr>
              <w:fldChar w:fldCharType="end"/>
            </w:r>
          </w:hyperlink>
        </w:p>
        <w:p w14:paraId="52CE1A8C" w14:textId="45F9D97A" w:rsidR="00304C11" w:rsidRDefault="00304C11">
          <w:pPr>
            <w:pStyle w:val="Indholdsfortegnelse1"/>
            <w:tabs>
              <w:tab w:val="right" w:leader="dot" w:pos="9736"/>
            </w:tabs>
            <w:rPr>
              <w:noProof/>
            </w:rPr>
          </w:pPr>
          <w:hyperlink w:anchor="_Toc238051922" w:history="1">
            <w:r w:rsidRPr="008B5589">
              <w:rPr>
                <w:rStyle w:val="Hyperlink"/>
                <w:rFonts w:ascii="Times New Roman" w:hAnsi="Times New Roman" w:cs="Times New Roman"/>
                <w:noProof/>
                <w:lang w:val="da-DK"/>
              </w:rPr>
              <w:t>9. Skjulte og uforudsete forhold</w:t>
            </w:r>
            <w:r>
              <w:rPr>
                <w:noProof/>
                <w:webHidden/>
              </w:rPr>
              <w:tab/>
            </w:r>
            <w:r>
              <w:rPr>
                <w:noProof/>
                <w:webHidden/>
              </w:rPr>
              <w:fldChar w:fldCharType="begin"/>
            </w:r>
            <w:r>
              <w:rPr>
                <w:noProof/>
                <w:webHidden/>
              </w:rPr>
              <w:instrText xml:space="preserve"> PAGEREF _Toc238051922 \h </w:instrText>
            </w:r>
            <w:r>
              <w:rPr>
                <w:noProof/>
                <w:webHidden/>
              </w:rPr>
            </w:r>
            <w:r>
              <w:rPr>
                <w:noProof/>
                <w:webHidden/>
              </w:rPr>
              <w:fldChar w:fldCharType="separate"/>
            </w:r>
            <w:r w:rsidR="005011C2">
              <w:rPr>
                <w:noProof/>
                <w:webHidden/>
              </w:rPr>
              <w:t>5</w:t>
            </w:r>
            <w:r>
              <w:rPr>
                <w:noProof/>
                <w:webHidden/>
              </w:rPr>
              <w:fldChar w:fldCharType="end"/>
            </w:r>
          </w:hyperlink>
        </w:p>
        <w:p w14:paraId="47DD5469" w14:textId="611999B6" w:rsidR="00304C11" w:rsidRDefault="00304C11">
          <w:pPr>
            <w:pStyle w:val="Indholdsfortegnelse1"/>
            <w:tabs>
              <w:tab w:val="right" w:leader="dot" w:pos="9736"/>
            </w:tabs>
            <w:rPr>
              <w:noProof/>
            </w:rPr>
          </w:pPr>
          <w:hyperlink w:anchor="_Toc238051923" w:history="1">
            <w:r w:rsidRPr="008B5589">
              <w:rPr>
                <w:rStyle w:val="Hyperlink"/>
                <w:rFonts w:ascii="Times New Roman" w:hAnsi="Times New Roman" w:cs="Times New Roman"/>
                <w:noProof/>
                <w:lang w:val="da-DK"/>
              </w:rPr>
              <w:t>10. Kundens oplysningspligt</w:t>
            </w:r>
            <w:r>
              <w:rPr>
                <w:noProof/>
                <w:webHidden/>
              </w:rPr>
              <w:tab/>
            </w:r>
            <w:r>
              <w:rPr>
                <w:noProof/>
                <w:webHidden/>
              </w:rPr>
              <w:fldChar w:fldCharType="begin"/>
            </w:r>
            <w:r>
              <w:rPr>
                <w:noProof/>
                <w:webHidden/>
              </w:rPr>
              <w:instrText xml:space="preserve"> PAGEREF _Toc238051923 \h </w:instrText>
            </w:r>
            <w:r>
              <w:rPr>
                <w:noProof/>
                <w:webHidden/>
              </w:rPr>
            </w:r>
            <w:r>
              <w:rPr>
                <w:noProof/>
                <w:webHidden/>
              </w:rPr>
              <w:fldChar w:fldCharType="separate"/>
            </w:r>
            <w:r w:rsidR="005011C2">
              <w:rPr>
                <w:noProof/>
                <w:webHidden/>
              </w:rPr>
              <w:t>5</w:t>
            </w:r>
            <w:r>
              <w:rPr>
                <w:noProof/>
                <w:webHidden/>
              </w:rPr>
              <w:fldChar w:fldCharType="end"/>
            </w:r>
          </w:hyperlink>
        </w:p>
        <w:p w14:paraId="10FC1B09" w14:textId="3BC55AA1" w:rsidR="00304C11" w:rsidRDefault="00304C11">
          <w:pPr>
            <w:pStyle w:val="Indholdsfortegnelse1"/>
            <w:tabs>
              <w:tab w:val="right" w:leader="dot" w:pos="9736"/>
            </w:tabs>
            <w:rPr>
              <w:noProof/>
            </w:rPr>
          </w:pPr>
          <w:hyperlink w:anchor="_Toc238051924" w:history="1">
            <w:r w:rsidRPr="008B5589">
              <w:rPr>
                <w:rStyle w:val="Hyperlink"/>
                <w:rFonts w:ascii="Times New Roman" w:hAnsi="Times New Roman" w:cs="Times New Roman"/>
                <w:noProof/>
                <w:lang w:val="da-DK"/>
              </w:rPr>
              <w:t>11. Kundens medvirken og arbejdsområdet</w:t>
            </w:r>
            <w:r>
              <w:rPr>
                <w:noProof/>
                <w:webHidden/>
              </w:rPr>
              <w:tab/>
            </w:r>
            <w:r>
              <w:rPr>
                <w:noProof/>
                <w:webHidden/>
              </w:rPr>
              <w:fldChar w:fldCharType="begin"/>
            </w:r>
            <w:r>
              <w:rPr>
                <w:noProof/>
                <w:webHidden/>
              </w:rPr>
              <w:instrText xml:space="preserve"> PAGEREF _Toc238051924 \h </w:instrText>
            </w:r>
            <w:r>
              <w:rPr>
                <w:noProof/>
                <w:webHidden/>
              </w:rPr>
            </w:r>
            <w:r>
              <w:rPr>
                <w:noProof/>
                <w:webHidden/>
              </w:rPr>
              <w:fldChar w:fldCharType="separate"/>
            </w:r>
            <w:r w:rsidR="005011C2">
              <w:rPr>
                <w:noProof/>
                <w:webHidden/>
              </w:rPr>
              <w:t>5</w:t>
            </w:r>
            <w:r>
              <w:rPr>
                <w:noProof/>
                <w:webHidden/>
              </w:rPr>
              <w:fldChar w:fldCharType="end"/>
            </w:r>
          </w:hyperlink>
        </w:p>
        <w:p w14:paraId="32A5E869" w14:textId="38AE6ADB" w:rsidR="00304C11" w:rsidRDefault="00304C11">
          <w:pPr>
            <w:pStyle w:val="Indholdsfortegnelse1"/>
            <w:tabs>
              <w:tab w:val="right" w:leader="dot" w:pos="9736"/>
            </w:tabs>
            <w:rPr>
              <w:noProof/>
            </w:rPr>
          </w:pPr>
          <w:hyperlink w:anchor="_Toc238051925" w:history="1">
            <w:r w:rsidRPr="008B5589">
              <w:rPr>
                <w:rStyle w:val="Hyperlink"/>
                <w:rFonts w:ascii="Times New Roman" w:hAnsi="Times New Roman" w:cs="Times New Roman"/>
                <w:noProof/>
                <w:lang w:val="da-DK"/>
              </w:rPr>
              <w:t>12. Adgang til ejendommen</w:t>
            </w:r>
            <w:r>
              <w:rPr>
                <w:noProof/>
                <w:webHidden/>
              </w:rPr>
              <w:tab/>
            </w:r>
            <w:r>
              <w:rPr>
                <w:noProof/>
                <w:webHidden/>
              </w:rPr>
              <w:fldChar w:fldCharType="begin"/>
            </w:r>
            <w:r>
              <w:rPr>
                <w:noProof/>
                <w:webHidden/>
              </w:rPr>
              <w:instrText xml:space="preserve"> PAGEREF _Toc238051925 \h </w:instrText>
            </w:r>
            <w:r>
              <w:rPr>
                <w:noProof/>
                <w:webHidden/>
              </w:rPr>
            </w:r>
            <w:r>
              <w:rPr>
                <w:noProof/>
                <w:webHidden/>
              </w:rPr>
              <w:fldChar w:fldCharType="separate"/>
            </w:r>
            <w:r w:rsidR="005011C2">
              <w:rPr>
                <w:noProof/>
                <w:webHidden/>
              </w:rPr>
              <w:t>5</w:t>
            </w:r>
            <w:r>
              <w:rPr>
                <w:noProof/>
                <w:webHidden/>
              </w:rPr>
              <w:fldChar w:fldCharType="end"/>
            </w:r>
          </w:hyperlink>
        </w:p>
        <w:p w14:paraId="21D1CA34" w14:textId="1DE68C9E" w:rsidR="00304C11" w:rsidRDefault="00304C11">
          <w:pPr>
            <w:pStyle w:val="Indholdsfortegnelse1"/>
            <w:tabs>
              <w:tab w:val="right" w:leader="dot" w:pos="9736"/>
            </w:tabs>
            <w:rPr>
              <w:noProof/>
            </w:rPr>
          </w:pPr>
          <w:hyperlink w:anchor="_Toc238051926" w:history="1">
            <w:r w:rsidRPr="008B5589">
              <w:rPr>
                <w:rStyle w:val="Hyperlink"/>
                <w:rFonts w:ascii="Times New Roman" w:hAnsi="Times New Roman" w:cs="Times New Roman"/>
                <w:noProof/>
                <w:lang w:val="da-DK"/>
              </w:rPr>
              <w:t>13. Vand og strøm</w:t>
            </w:r>
            <w:r>
              <w:rPr>
                <w:noProof/>
                <w:webHidden/>
              </w:rPr>
              <w:tab/>
            </w:r>
            <w:r>
              <w:rPr>
                <w:noProof/>
                <w:webHidden/>
              </w:rPr>
              <w:fldChar w:fldCharType="begin"/>
            </w:r>
            <w:r>
              <w:rPr>
                <w:noProof/>
                <w:webHidden/>
              </w:rPr>
              <w:instrText xml:space="preserve"> PAGEREF _Toc238051926 \h </w:instrText>
            </w:r>
            <w:r>
              <w:rPr>
                <w:noProof/>
                <w:webHidden/>
              </w:rPr>
            </w:r>
            <w:r>
              <w:rPr>
                <w:noProof/>
                <w:webHidden/>
              </w:rPr>
              <w:fldChar w:fldCharType="separate"/>
            </w:r>
            <w:r w:rsidR="005011C2">
              <w:rPr>
                <w:noProof/>
                <w:webHidden/>
              </w:rPr>
              <w:t>5</w:t>
            </w:r>
            <w:r>
              <w:rPr>
                <w:noProof/>
                <w:webHidden/>
              </w:rPr>
              <w:fldChar w:fldCharType="end"/>
            </w:r>
          </w:hyperlink>
        </w:p>
        <w:p w14:paraId="0847005D" w14:textId="017B09C0" w:rsidR="00304C11" w:rsidRDefault="00304C11">
          <w:pPr>
            <w:pStyle w:val="Indholdsfortegnelse1"/>
            <w:tabs>
              <w:tab w:val="right" w:leader="dot" w:pos="9736"/>
            </w:tabs>
            <w:rPr>
              <w:noProof/>
            </w:rPr>
          </w:pPr>
          <w:hyperlink w:anchor="_Toc238051927" w:history="1">
            <w:r w:rsidRPr="008B5589">
              <w:rPr>
                <w:rStyle w:val="Hyperlink"/>
                <w:rFonts w:ascii="Times New Roman" w:hAnsi="Times New Roman" w:cs="Times New Roman"/>
                <w:noProof/>
                <w:lang w:val="da-DK"/>
              </w:rPr>
              <w:t>14. Kundeleverede materialer</w:t>
            </w:r>
            <w:r>
              <w:rPr>
                <w:noProof/>
                <w:webHidden/>
              </w:rPr>
              <w:tab/>
            </w:r>
            <w:r>
              <w:rPr>
                <w:noProof/>
                <w:webHidden/>
              </w:rPr>
              <w:fldChar w:fldCharType="begin"/>
            </w:r>
            <w:r>
              <w:rPr>
                <w:noProof/>
                <w:webHidden/>
              </w:rPr>
              <w:instrText xml:space="preserve"> PAGEREF _Toc238051927 \h </w:instrText>
            </w:r>
            <w:r>
              <w:rPr>
                <w:noProof/>
                <w:webHidden/>
              </w:rPr>
            </w:r>
            <w:r>
              <w:rPr>
                <w:noProof/>
                <w:webHidden/>
              </w:rPr>
              <w:fldChar w:fldCharType="separate"/>
            </w:r>
            <w:r w:rsidR="005011C2">
              <w:rPr>
                <w:noProof/>
                <w:webHidden/>
              </w:rPr>
              <w:t>6</w:t>
            </w:r>
            <w:r>
              <w:rPr>
                <w:noProof/>
                <w:webHidden/>
              </w:rPr>
              <w:fldChar w:fldCharType="end"/>
            </w:r>
          </w:hyperlink>
        </w:p>
        <w:p w14:paraId="26E5B09A" w14:textId="40E8F024" w:rsidR="00304C11" w:rsidRDefault="00304C11">
          <w:pPr>
            <w:pStyle w:val="Indholdsfortegnelse1"/>
            <w:tabs>
              <w:tab w:val="right" w:leader="dot" w:pos="9736"/>
            </w:tabs>
            <w:rPr>
              <w:noProof/>
            </w:rPr>
          </w:pPr>
          <w:hyperlink w:anchor="_Toc238051928" w:history="1">
            <w:r w:rsidRPr="008B5589">
              <w:rPr>
                <w:rStyle w:val="Hyperlink"/>
                <w:rFonts w:ascii="Times New Roman" w:hAnsi="Times New Roman" w:cs="Times New Roman"/>
                <w:noProof/>
                <w:lang w:val="da-DK"/>
              </w:rPr>
              <w:t xml:space="preserve">15. Materialer leveret af </w:t>
            </w:r>
            <w:r w:rsidR="007B6B66">
              <w:rPr>
                <w:rStyle w:val="Hyperlink"/>
                <w:rFonts w:ascii="Times New Roman" w:hAnsi="Times New Roman" w:cs="Times New Roman"/>
                <w:noProof/>
                <w:lang w:val="da-DK"/>
              </w:rPr>
              <w:t>Hollywood Fliserens</w:t>
            </w:r>
            <w:r w:rsidRPr="008B5589">
              <w:rPr>
                <w:rStyle w:val="Hyperlink"/>
                <w:rFonts w:ascii="Times New Roman" w:hAnsi="Times New Roman" w:cs="Times New Roman"/>
                <w:noProof/>
                <w:lang w:val="da-DK"/>
              </w:rPr>
              <w:t xml:space="preserve"> ApS</w:t>
            </w:r>
            <w:r>
              <w:rPr>
                <w:noProof/>
                <w:webHidden/>
              </w:rPr>
              <w:tab/>
            </w:r>
            <w:r>
              <w:rPr>
                <w:noProof/>
                <w:webHidden/>
              </w:rPr>
              <w:fldChar w:fldCharType="begin"/>
            </w:r>
            <w:r>
              <w:rPr>
                <w:noProof/>
                <w:webHidden/>
              </w:rPr>
              <w:instrText xml:space="preserve"> PAGEREF _Toc238051928 \h </w:instrText>
            </w:r>
            <w:r>
              <w:rPr>
                <w:noProof/>
                <w:webHidden/>
              </w:rPr>
            </w:r>
            <w:r>
              <w:rPr>
                <w:noProof/>
                <w:webHidden/>
              </w:rPr>
              <w:fldChar w:fldCharType="separate"/>
            </w:r>
            <w:r w:rsidR="005011C2">
              <w:rPr>
                <w:noProof/>
                <w:webHidden/>
              </w:rPr>
              <w:t>6</w:t>
            </w:r>
            <w:r>
              <w:rPr>
                <w:noProof/>
                <w:webHidden/>
              </w:rPr>
              <w:fldChar w:fldCharType="end"/>
            </w:r>
          </w:hyperlink>
        </w:p>
        <w:p w14:paraId="54B4BBFE" w14:textId="00CA53C3" w:rsidR="00304C11" w:rsidRDefault="00304C11">
          <w:pPr>
            <w:pStyle w:val="Indholdsfortegnelse1"/>
            <w:tabs>
              <w:tab w:val="right" w:leader="dot" w:pos="9736"/>
            </w:tabs>
            <w:rPr>
              <w:noProof/>
            </w:rPr>
          </w:pPr>
          <w:hyperlink w:anchor="_Toc238051929" w:history="1">
            <w:r w:rsidRPr="008B5589">
              <w:rPr>
                <w:rStyle w:val="Hyperlink"/>
                <w:rFonts w:ascii="Times New Roman" w:hAnsi="Times New Roman" w:cs="Times New Roman"/>
                <w:noProof/>
                <w:lang w:val="da-DK"/>
              </w:rPr>
              <w:t>16. Eksisterende konstruktioner</w:t>
            </w:r>
            <w:r>
              <w:rPr>
                <w:noProof/>
                <w:webHidden/>
              </w:rPr>
              <w:tab/>
            </w:r>
            <w:r>
              <w:rPr>
                <w:noProof/>
                <w:webHidden/>
              </w:rPr>
              <w:fldChar w:fldCharType="begin"/>
            </w:r>
            <w:r>
              <w:rPr>
                <w:noProof/>
                <w:webHidden/>
              </w:rPr>
              <w:instrText xml:space="preserve"> PAGEREF _Toc238051929 \h </w:instrText>
            </w:r>
            <w:r>
              <w:rPr>
                <w:noProof/>
                <w:webHidden/>
              </w:rPr>
            </w:r>
            <w:r>
              <w:rPr>
                <w:noProof/>
                <w:webHidden/>
              </w:rPr>
              <w:fldChar w:fldCharType="separate"/>
            </w:r>
            <w:r w:rsidR="005011C2">
              <w:rPr>
                <w:noProof/>
                <w:webHidden/>
              </w:rPr>
              <w:t>6</w:t>
            </w:r>
            <w:r>
              <w:rPr>
                <w:noProof/>
                <w:webHidden/>
              </w:rPr>
              <w:fldChar w:fldCharType="end"/>
            </w:r>
          </w:hyperlink>
        </w:p>
        <w:p w14:paraId="349CD405" w14:textId="1C0DECA8" w:rsidR="00304C11" w:rsidRDefault="00304C11">
          <w:pPr>
            <w:pStyle w:val="Indholdsfortegnelse1"/>
            <w:tabs>
              <w:tab w:val="right" w:leader="dot" w:pos="9736"/>
            </w:tabs>
            <w:rPr>
              <w:noProof/>
            </w:rPr>
          </w:pPr>
          <w:hyperlink w:anchor="_Toc238051930" w:history="1">
            <w:r w:rsidRPr="008B5589">
              <w:rPr>
                <w:rStyle w:val="Hyperlink"/>
                <w:rFonts w:ascii="Times New Roman" w:hAnsi="Times New Roman" w:cs="Times New Roman"/>
                <w:noProof/>
                <w:lang w:val="da-DK"/>
              </w:rPr>
              <w:t>17. Tømrer- og montagearbejde</w:t>
            </w:r>
            <w:r>
              <w:rPr>
                <w:noProof/>
                <w:webHidden/>
              </w:rPr>
              <w:tab/>
            </w:r>
            <w:r>
              <w:rPr>
                <w:noProof/>
                <w:webHidden/>
              </w:rPr>
              <w:fldChar w:fldCharType="begin"/>
            </w:r>
            <w:r>
              <w:rPr>
                <w:noProof/>
                <w:webHidden/>
              </w:rPr>
              <w:instrText xml:space="preserve"> PAGEREF _Toc238051930 \h </w:instrText>
            </w:r>
            <w:r>
              <w:rPr>
                <w:noProof/>
                <w:webHidden/>
              </w:rPr>
            </w:r>
            <w:r>
              <w:rPr>
                <w:noProof/>
                <w:webHidden/>
              </w:rPr>
              <w:fldChar w:fldCharType="separate"/>
            </w:r>
            <w:r w:rsidR="005011C2">
              <w:rPr>
                <w:noProof/>
                <w:webHidden/>
              </w:rPr>
              <w:t>6</w:t>
            </w:r>
            <w:r>
              <w:rPr>
                <w:noProof/>
                <w:webHidden/>
              </w:rPr>
              <w:fldChar w:fldCharType="end"/>
            </w:r>
          </w:hyperlink>
        </w:p>
        <w:p w14:paraId="7F7E87FF" w14:textId="7986764F" w:rsidR="00304C11" w:rsidRDefault="00304C11">
          <w:pPr>
            <w:pStyle w:val="Indholdsfortegnelse1"/>
            <w:tabs>
              <w:tab w:val="right" w:leader="dot" w:pos="9736"/>
            </w:tabs>
            <w:rPr>
              <w:noProof/>
            </w:rPr>
          </w:pPr>
          <w:hyperlink w:anchor="_Toc238051931" w:history="1">
            <w:r w:rsidRPr="008B5589">
              <w:rPr>
                <w:rStyle w:val="Hyperlink"/>
                <w:rFonts w:ascii="Times New Roman" w:hAnsi="Times New Roman" w:cs="Times New Roman"/>
                <w:noProof/>
                <w:lang w:val="da-DK"/>
              </w:rPr>
              <w:t>18. Fliserens og belægningsrens</w:t>
            </w:r>
            <w:r>
              <w:rPr>
                <w:noProof/>
                <w:webHidden/>
              </w:rPr>
              <w:tab/>
            </w:r>
            <w:r>
              <w:rPr>
                <w:noProof/>
                <w:webHidden/>
              </w:rPr>
              <w:fldChar w:fldCharType="begin"/>
            </w:r>
            <w:r>
              <w:rPr>
                <w:noProof/>
                <w:webHidden/>
              </w:rPr>
              <w:instrText xml:space="preserve"> PAGEREF _Toc238051931 \h </w:instrText>
            </w:r>
            <w:r>
              <w:rPr>
                <w:noProof/>
                <w:webHidden/>
              </w:rPr>
            </w:r>
            <w:r>
              <w:rPr>
                <w:noProof/>
                <w:webHidden/>
              </w:rPr>
              <w:fldChar w:fldCharType="separate"/>
            </w:r>
            <w:r w:rsidR="005011C2">
              <w:rPr>
                <w:noProof/>
                <w:webHidden/>
              </w:rPr>
              <w:t>6</w:t>
            </w:r>
            <w:r>
              <w:rPr>
                <w:noProof/>
                <w:webHidden/>
              </w:rPr>
              <w:fldChar w:fldCharType="end"/>
            </w:r>
          </w:hyperlink>
        </w:p>
        <w:p w14:paraId="34344D14" w14:textId="5BBE1E45" w:rsidR="00304C11" w:rsidRDefault="00304C11">
          <w:pPr>
            <w:pStyle w:val="Indholdsfortegnelse1"/>
            <w:tabs>
              <w:tab w:val="right" w:leader="dot" w:pos="9736"/>
            </w:tabs>
            <w:rPr>
              <w:noProof/>
            </w:rPr>
          </w:pPr>
          <w:hyperlink w:anchor="_Toc238051932" w:history="1">
            <w:r w:rsidRPr="008B5589">
              <w:rPr>
                <w:rStyle w:val="Hyperlink"/>
                <w:rFonts w:ascii="Times New Roman" w:hAnsi="Times New Roman" w:cs="Times New Roman"/>
                <w:noProof/>
                <w:lang w:val="da-DK"/>
              </w:rPr>
              <w:t>19. Løse og beskadigede fliser</w:t>
            </w:r>
            <w:r>
              <w:rPr>
                <w:noProof/>
                <w:webHidden/>
              </w:rPr>
              <w:tab/>
            </w:r>
            <w:r>
              <w:rPr>
                <w:noProof/>
                <w:webHidden/>
              </w:rPr>
              <w:fldChar w:fldCharType="begin"/>
            </w:r>
            <w:r>
              <w:rPr>
                <w:noProof/>
                <w:webHidden/>
              </w:rPr>
              <w:instrText xml:space="preserve"> PAGEREF _Toc238051932 \h </w:instrText>
            </w:r>
            <w:r>
              <w:rPr>
                <w:noProof/>
                <w:webHidden/>
              </w:rPr>
            </w:r>
            <w:r>
              <w:rPr>
                <w:noProof/>
                <w:webHidden/>
              </w:rPr>
              <w:fldChar w:fldCharType="separate"/>
            </w:r>
            <w:r w:rsidR="005011C2">
              <w:rPr>
                <w:noProof/>
                <w:webHidden/>
              </w:rPr>
              <w:t>7</w:t>
            </w:r>
            <w:r>
              <w:rPr>
                <w:noProof/>
                <w:webHidden/>
              </w:rPr>
              <w:fldChar w:fldCharType="end"/>
            </w:r>
          </w:hyperlink>
        </w:p>
        <w:p w14:paraId="557DD374" w14:textId="2A07F561" w:rsidR="00304C11" w:rsidRDefault="00304C11">
          <w:pPr>
            <w:pStyle w:val="Indholdsfortegnelse1"/>
            <w:tabs>
              <w:tab w:val="right" w:leader="dot" w:pos="9736"/>
            </w:tabs>
            <w:rPr>
              <w:noProof/>
            </w:rPr>
          </w:pPr>
          <w:hyperlink w:anchor="_Toc238051933" w:history="1">
            <w:r w:rsidRPr="008B5589">
              <w:rPr>
                <w:rStyle w:val="Hyperlink"/>
                <w:rFonts w:ascii="Times New Roman" w:hAnsi="Times New Roman" w:cs="Times New Roman"/>
                <w:noProof/>
                <w:lang w:val="da-DK"/>
              </w:rPr>
              <w:t>20. Imprægnering</w:t>
            </w:r>
            <w:r>
              <w:rPr>
                <w:noProof/>
                <w:webHidden/>
              </w:rPr>
              <w:tab/>
            </w:r>
            <w:r>
              <w:rPr>
                <w:noProof/>
                <w:webHidden/>
              </w:rPr>
              <w:fldChar w:fldCharType="begin"/>
            </w:r>
            <w:r>
              <w:rPr>
                <w:noProof/>
                <w:webHidden/>
              </w:rPr>
              <w:instrText xml:space="preserve"> PAGEREF _Toc238051933 \h </w:instrText>
            </w:r>
            <w:r>
              <w:rPr>
                <w:noProof/>
                <w:webHidden/>
              </w:rPr>
            </w:r>
            <w:r>
              <w:rPr>
                <w:noProof/>
                <w:webHidden/>
              </w:rPr>
              <w:fldChar w:fldCharType="separate"/>
            </w:r>
            <w:r w:rsidR="005011C2">
              <w:rPr>
                <w:noProof/>
                <w:webHidden/>
              </w:rPr>
              <w:t>7</w:t>
            </w:r>
            <w:r>
              <w:rPr>
                <w:noProof/>
                <w:webHidden/>
              </w:rPr>
              <w:fldChar w:fldCharType="end"/>
            </w:r>
          </w:hyperlink>
        </w:p>
        <w:p w14:paraId="5725E527" w14:textId="2B0F7BE7" w:rsidR="00304C11" w:rsidRDefault="00304C11">
          <w:pPr>
            <w:pStyle w:val="Indholdsfortegnelse1"/>
            <w:tabs>
              <w:tab w:val="right" w:leader="dot" w:pos="9736"/>
            </w:tabs>
            <w:rPr>
              <w:noProof/>
            </w:rPr>
          </w:pPr>
          <w:hyperlink w:anchor="_Toc238051934" w:history="1">
            <w:r w:rsidRPr="008B5589">
              <w:rPr>
                <w:rStyle w:val="Hyperlink"/>
                <w:rFonts w:ascii="Times New Roman" w:hAnsi="Times New Roman" w:cs="Times New Roman"/>
                <w:noProof/>
                <w:lang w:val="da-DK"/>
              </w:rPr>
              <w:t>21. Algebehandling</w:t>
            </w:r>
            <w:r>
              <w:rPr>
                <w:noProof/>
                <w:webHidden/>
              </w:rPr>
              <w:tab/>
            </w:r>
            <w:r>
              <w:rPr>
                <w:noProof/>
                <w:webHidden/>
              </w:rPr>
              <w:fldChar w:fldCharType="begin"/>
            </w:r>
            <w:r>
              <w:rPr>
                <w:noProof/>
                <w:webHidden/>
              </w:rPr>
              <w:instrText xml:space="preserve"> PAGEREF _Toc238051934 \h </w:instrText>
            </w:r>
            <w:r>
              <w:rPr>
                <w:noProof/>
                <w:webHidden/>
              </w:rPr>
            </w:r>
            <w:r>
              <w:rPr>
                <w:noProof/>
                <w:webHidden/>
              </w:rPr>
              <w:fldChar w:fldCharType="separate"/>
            </w:r>
            <w:r w:rsidR="005011C2">
              <w:rPr>
                <w:noProof/>
                <w:webHidden/>
              </w:rPr>
              <w:t>7</w:t>
            </w:r>
            <w:r>
              <w:rPr>
                <w:noProof/>
                <w:webHidden/>
              </w:rPr>
              <w:fldChar w:fldCharType="end"/>
            </w:r>
          </w:hyperlink>
        </w:p>
        <w:p w14:paraId="63D4E51A" w14:textId="06FAA9D2" w:rsidR="00304C11" w:rsidRDefault="00304C11">
          <w:pPr>
            <w:pStyle w:val="Indholdsfortegnelse1"/>
            <w:tabs>
              <w:tab w:val="right" w:leader="dot" w:pos="9736"/>
            </w:tabs>
            <w:rPr>
              <w:noProof/>
            </w:rPr>
          </w:pPr>
          <w:hyperlink w:anchor="_Toc238051935" w:history="1">
            <w:r w:rsidRPr="008B5589">
              <w:rPr>
                <w:rStyle w:val="Hyperlink"/>
                <w:rFonts w:ascii="Times New Roman" w:hAnsi="Times New Roman" w:cs="Times New Roman"/>
                <w:noProof/>
                <w:lang w:val="da-DK"/>
              </w:rPr>
              <w:t>22. Tagrens og tagbehandling</w:t>
            </w:r>
            <w:r>
              <w:rPr>
                <w:noProof/>
                <w:webHidden/>
              </w:rPr>
              <w:tab/>
            </w:r>
            <w:r>
              <w:rPr>
                <w:noProof/>
                <w:webHidden/>
              </w:rPr>
              <w:fldChar w:fldCharType="begin"/>
            </w:r>
            <w:r>
              <w:rPr>
                <w:noProof/>
                <w:webHidden/>
              </w:rPr>
              <w:instrText xml:space="preserve"> PAGEREF _Toc238051935 \h </w:instrText>
            </w:r>
            <w:r>
              <w:rPr>
                <w:noProof/>
                <w:webHidden/>
              </w:rPr>
            </w:r>
            <w:r>
              <w:rPr>
                <w:noProof/>
                <w:webHidden/>
              </w:rPr>
              <w:fldChar w:fldCharType="separate"/>
            </w:r>
            <w:r w:rsidR="005011C2">
              <w:rPr>
                <w:noProof/>
                <w:webHidden/>
              </w:rPr>
              <w:t>7</w:t>
            </w:r>
            <w:r>
              <w:rPr>
                <w:noProof/>
                <w:webHidden/>
              </w:rPr>
              <w:fldChar w:fldCharType="end"/>
            </w:r>
          </w:hyperlink>
        </w:p>
        <w:p w14:paraId="796611C6" w14:textId="27233849" w:rsidR="00304C11" w:rsidRDefault="00304C11">
          <w:pPr>
            <w:pStyle w:val="Indholdsfortegnelse1"/>
            <w:tabs>
              <w:tab w:val="right" w:leader="dot" w:pos="9736"/>
            </w:tabs>
            <w:rPr>
              <w:noProof/>
            </w:rPr>
          </w:pPr>
          <w:hyperlink w:anchor="_Toc238051936" w:history="1">
            <w:r w:rsidRPr="008B5589">
              <w:rPr>
                <w:rStyle w:val="Hyperlink"/>
                <w:rFonts w:ascii="Times New Roman" w:hAnsi="Times New Roman" w:cs="Times New Roman"/>
                <w:noProof/>
                <w:lang w:val="da-DK"/>
              </w:rPr>
              <w:t>23. Træterrasser og træoverflader</w:t>
            </w:r>
            <w:r>
              <w:rPr>
                <w:noProof/>
                <w:webHidden/>
              </w:rPr>
              <w:tab/>
            </w:r>
            <w:r>
              <w:rPr>
                <w:noProof/>
                <w:webHidden/>
              </w:rPr>
              <w:fldChar w:fldCharType="begin"/>
            </w:r>
            <w:r>
              <w:rPr>
                <w:noProof/>
                <w:webHidden/>
              </w:rPr>
              <w:instrText xml:space="preserve"> PAGEREF _Toc238051936 \h </w:instrText>
            </w:r>
            <w:r>
              <w:rPr>
                <w:noProof/>
                <w:webHidden/>
              </w:rPr>
            </w:r>
            <w:r>
              <w:rPr>
                <w:noProof/>
                <w:webHidden/>
              </w:rPr>
              <w:fldChar w:fldCharType="separate"/>
            </w:r>
            <w:r w:rsidR="005011C2">
              <w:rPr>
                <w:noProof/>
                <w:webHidden/>
              </w:rPr>
              <w:t>7</w:t>
            </w:r>
            <w:r>
              <w:rPr>
                <w:noProof/>
                <w:webHidden/>
              </w:rPr>
              <w:fldChar w:fldCharType="end"/>
            </w:r>
          </w:hyperlink>
        </w:p>
        <w:p w14:paraId="5BC4D862" w14:textId="7A757AB9" w:rsidR="00304C11" w:rsidRDefault="00304C11">
          <w:pPr>
            <w:pStyle w:val="Indholdsfortegnelse1"/>
            <w:tabs>
              <w:tab w:val="right" w:leader="dot" w:pos="9736"/>
            </w:tabs>
            <w:rPr>
              <w:noProof/>
            </w:rPr>
          </w:pPr>
          <w:hyperlink w:anchor="_Toc238051937" w:history="1">
            <w:r w:rsidRPr="008B5589">
              <w:rPr>
                <w:rStyle w:val="Hyperlink"/>
                <w:rFonts w:ascii="Times New Roman" w:hAnsi="Times New Roman" w:cs="Times New Roman"/>
                <w:noProof/>
                <w:lang w:val="da-DK"/>
              </w:rPr>
              <w:t>24. Facader og andre overflader</w:t>
            </w:r>
            <w:r>
              <w:rPr>
                <w:noProof/>
                <w:webHidden/>
              </w:rPr>
              <w:tab/>
            </w:r>
            <w:r>
              <w:rPr>
                <w:noProof/>
                <w:webHidden/>
              </w:rPr>
              <w:fldChar w:fldCharType="begin"/>
            </w:r>
            <w:r>
              <w:rPr>
                <w:noProof/>
                <w:webHidden/>
              </w:rPr>
              <w:instrText xml:space="preserve"> PAGEREF _Toc238051937 \h </w:instrText>
            </w:r>
            <w:r>
              <w:rPr>
                <w:noProof/>
                <w:webHidden/>
              </w:rPr>
            </w:r>
            <w:r>
              <w:rPr>
                <w:noProof/>
                <w:webHidden/>
              </w:rPr>
              <w:fldChar w:fldCharType="separate"/>
            </w:r>
            <w:r w:rsidR="005011C2">
              <w:rPr>
                <w:noProof/>
                <w:webHidden/>
              </w:rPr>
              <w:t>7</w:t>
            </w:r>
            <w:r>
              <w:rPr>
                <w:noProof/>
                <w:webHidden/>
              </w:rPr>
              <w:fldChar w:fldCharType="end"/>
            </w:r>
          </w:hyperlink>
        </w:p>
        <w:p w14:paraId="29AE0065" w14:textId="6D199C8A" w:rsidR="00304C11" w:rsidRDefault="00304C11">
          <w:pPr>
            <w:pStyle w:val="Indholdsfortegnelse1"/>
            <w:tabs>
              <w:tab w:val="right" w:leader="dot" w:pos="9736"/>
            </w:tabs>
            <w:rPr>
              <w:noProof/>
            </w:rPr>
          </w:pPr>
          <w:hyperlink w:anchor="_Toc238051938" w:history="1">
            <w:r w:rsidRPr="008B5589">
              <w:rPr>
                <w:rStyle w:val="Hyperlink"/>
                <w:rFonts w:ascii="Times New Roman" w:hAnsi="Times New Roman" w:cs="Times New Roman"/>
                <w:noProof/>
                <w:lang w:val="da-DK"/>
              </w:rPr>
              <w:t>25. Afdækning og omkringliggende områder</w:t>
            </w:r>
            <w:r>
              <w:rPr>
                <w:noProof/>
                <w:webHidden/>
              </w:rPr>
              <w:tab/>
            </w:r>
            <w:r>
              <w:rPr>
                <w:noProof/>
                <w:webHidden/>
              </w:rPr>
              <w:fldChar w:fldCharType="begin"/>
            </w:r>
            <w:r>
              <w:rPr>
                <w:noProof/>
                <w:webHidden/>
              </w:rPr>
              <w:instrText xml:space="preserve"> PAGEREF _Toc238051938 \h </w:instrText>
            </w:r>
            <w:r>
              <w:rPr>
                <w:noProof/>
                <w:webHidden/>
              </w:rPr>
            </w:r>
            <w:r>
              <w:rPr>
                <w:noProof/>
                <w:webHidden/>
              </w:rPr>
              <w:fldChar w:fldCharType="separate"/>
            </w:r>
            <w:r w:rsidR="005011C2">
              <w:rPr>
                <w:noProof/>
                <w:webHidden/>
              </w:rPr>
              <w:t>8</w:t>
            </w:r>
            <w:r>
              <w:rPr>
                <w:noProof/>
                <w:webHidden/>
              </w:rPr>
              <w:fldChar w:fldCharType="end"/>
            </w:r>
          </w:hyperlink>
        </w:p>
        <w:p w14:paraId="1351DF89" w14:textId="69C51A55" w:rsidR="00304C11" w:rsidRDefault="00304C11">
          <w:pPr>
            <w:pStyle w:val="Indholdsfortegnelse1"/>
            <w:tabs>
              <w:tab w:val="right" w:leader="dot" w:pos="9736"/>
            </w:tabs>
            <w:rPr>
              <w:noProof/>
            </w:rPr>
          </w:pPr>
          <w:hyperlink w:anchor="_Toc238051939" w:history="1">
            <w:r w:rsidRPr="008B5589">
              <w:rPr>
                <w:rStyle w:val="Hyperlink"/>
                <w:rFonts w:ascii="Times New Roman" w:hAnsi="Times New Roman" w:cs="Times New Roman"/>
                <w:noProof/>
                <w:lang w:val="da-DK"/>
              </w:rPr>
              <w:t>26. Vejrforhold</w:t>
            </w:r>
            <w:r>
              <w:rPr>
                <w:noProof/>
                <w:webHidden/>
              </w:rPr>
              <w:tab/>
            </w:r>
            <w:r>
              <w:rPr>
                <w:noProof/>
                <w:webHidden/>
              </w:rPr>
              <w:fldChar w:fldCharType="begin"/>
            </w:r>
            <w:r>
              <w:rPr>
                <w:noProof/>
                <w:webHidden/>
              </w:rPr>
              <w:instrText xml:space="preserve"> PAGEREF _Toc238051939 \h </w:instrText>
            </w:r>
            <w:r>
              <w:rPr>
                <w:noProof/>
                <w:webHidden/>
              </w:rPr>
            </w:r>
            <w:r>
              <w:rPr>
                <w:noProof/>
                <w:webHidden/>
              </w:rPr>
              <w:fldChar w:fldCharType="separate"/>
            </w:r>
            <w:r w:rsidR="005011C2">
              <w:rPr>
                <w:noProof/>
                <w:webHidden/>
              </w:rPr>
              <w:t>8</w:t>
            </w:r>
            <w:r>
              <w:rPr>
                <w:noProof/>
                <w:webHidden/>
              </w:rPr>
              <w:fldChar w:fldCharType="end"/>
            </w:r>
          </w:hyperlink>
        </w:p>
        <w:p w14:paraId="46F95121" w14:textId="37B954DA" w:rsidR="00304C11" w:rsidRDefault="00304C11">
          <w:pPr>
            <w:pStyle w:val="Indholdsfortegnelse1"/>
            <w:tabs>
              <w:tab w:val="right" w:leader="dot" w:pos="9736"/>
            </w:tabs>
            <w:rPr>
              <w:noProof/>
            </w:rPr>
          </w:pPr>
          <w:hyperlink w:anchor="_Toc238051940" w:history="1">
            <w:r w:rsidRPr="008B5589">
              <w:rPr>
                <w:rStyle w:val="Hyperlink"/>
                <w:rFonts w:ascii="Times New Roman" w:hAnsi="Times New Roman" w:cs="Times New Roman"/>
                <w:noProof/>
                <w:lang w:val="da-DK"/>
              </w:rPr>
              <w:t>27. Tidsplan og forsinkelse</w:t>
            </w:r>
            <w:r>
              <w:rPr>
                <w:noProof/>
                <w:webHidden/>
              </w:rPr>
              <w:tab/>
            </w:r>
            <w:r>
              <w:rPr>
                <w:noProof/>
                <w:webHidden/>
              </w:rPr>
              <w:fldChar w:fldCharType="begin"/>
            </w:r>
            <w:r>
              <w:rPr>
                <w:noProof/>
                <w:webHidden/>
              </w:rPr>
              <w:instrText xml:space="preserve"> PAGEREF _Toc238051940 \h </w:instrText>
            </w:r>
            <w:r>
              <w:rPr>
                <w:noProof/>
                <w:webHidden/>
              </w:rPr>
            </w:r>
            <w:r>
              <w:rPr>
                <w:noProof/>
                <w:webHidden/>
              </w:rPr>
              <w:fldChar w:fldCharType="separate"/>
            </w:r>
            <w:r w:rsidR="005011C2">
              <w:rPr>
                <w:noProof/>
                <w:webHidden/>
              </w:rPr>
              <w:t>8</w:t>
            </w:r>
            <w:r>
              <w:rPr>
                <w:noProof/>
                <w:webHidden/>
              </w:rPr>
              <w:fldChar w:fldCharType="end"/>
            </w:r>
          </w:hyperlink>
        </w:p>
        <w:p w14:paraId="65AA27F7" w14:textId="78027C4C" w:rsidR="00304C11" w:rsidRDefault="00304C11">
          <w:pPr>
            <w:pStyle w:val="Indholdsfortegnelse1"/>
            <w:tabs>
              <w:tab w:val="right" w:leader="dot" w:pos="9736"/>
            </w:tabs>
            <w:rPr>
              <w:noProof/>
            </w:rPr>
          </w:pPr>
          <w:hyperlink w:anchor="_Toc238051941" w:history="1">
            <w:r w:rsidRPr="008B5589">
              <w:rPr>
                <w:rStyle w:val="Hyperlink"/>
                <w:rFonts w:ascii="Times New Roman" w:hAnsi="Times New Roman" w:cs="Times New Roman"/>
                <w:noProof/>
                <w:lang w:val="da-DK"/>
              </w:rPr>
              <w:t>28. Afbestilling og aflysning</w:t>
            </w:r>
            <w:r>
              <w:rPr>
                <w:noProof/>
                <w:webHidden/>
              </w:rPr>
              <w:tab/>
            </w:r>
            <w:r>
              <w:rPr>
                <w:noProof/>
                <w:webHidden/>
              </w:rPr>
              <w:fldChar w:fldCharType="begin"/>
            </w:r>
            <w:r>
              <w:rPr>
                <w:noProof/>
                <w:webHidden/>
              </w:rPr>
              <w:instrText xml:space="preserve"> PAGEREF _Toc238051941 \h </w:instrText>
            </w:r>
            <w:r>
              <w:rPr>
                <w:noProof/>
                <w:webHidden/>
              </w:rPr>
            </w:r>
            <w:r>
              <w:rPr>
                <w:noProof/>
                <w:webHidden/>
              </w:rPr>
              <w:fldChar w:fldCharType="separate"/>
            </w:r>
            <w:r w:rsidR="005011C2">
              <w:rPr>
                <w:noProof/>
                <w:webHidden/>
              </w:rPr>
              <w:t>8</w:t>
            </w:r>
            <w:r>
              <w:rPr>
                <w:noProof/>
                <w:webHidden/>
              </w:rPr>
              <w:fldChar w:fldCharType="end"/>
            </w:r>
          </w:hyperlink>
        </w:p>
        <w:p w14:paraId="4BCC2BC9" w14:textId="2444FB61" w:rsidR="00304C11" w:rsidRDefault="00304C11">
          <w:pPr>
            <w:pStyle w:val="Indholdsfortegnelse1"/>
            <w:tabs>
              <w:tab w:val="right" w:leader="dot" w:pos="9736"/>
            </w:tabs>
            <w:rPr>
              <w:noProof/>
            </w:rPr>
          </w:pPr>
          <w:hyperlink w:anchor="_Toc238051942" w:history="1">
            <w:r w:rsidRPr="008B5589">
              <w:rPr>
                <w:rStyle w:val="Hyperlink"/>
                <w:rFonts w:ascii="Times New Roman" w:hAnsi="Times New Roman" w:cs="Times New Roman"/>
                <w:noProof/>
                <w:lang w:val="da-DK"/>
              </w:rPr>
              <w:t>29. Oprydning og affald</w:t>
            </w:r>
            <w:r>
              <w:rPr>
                <w:noProof/>
                <w:webHidden/>
              </w:rPr>
              <w:tab/>
            </w:r>
            <w:r>
              <w:rPr>
                <w:noProof/>
                <w:webHidden/>
              </w:rPr>
              <w:fldChar w:fldCharType="begin"/>
            </w:r>
            <w:r>
              <w:rPr>
                <w:noProof/>
                <w:webHidden/>
              </w:rPr>
              <w:instrText xml:space="preserve"> PAGEREF _Toc238051942 \h </w:instrText>
            </w:r>
            <w:r>
              <w:rPr>
                <w:noProof/>
                <w:webHidden/>
              </w:rPr>
            </w:r>
            <w:r>
              <w:rPr>
                <w:noProof/>
                <w:webHidden/>
              </w:rPr>
              <w:fldChar w:fldCharType="separate"/>
            </w:r>
            <w:r w:rsidR="005011C2">
              <w:rPr>
                <w:noProof/>
                <w:webHidden/>
              </w:rPr>
              <w:t>8</w:t>
            </w:r>
            <w:r>
              <w:rPr>
                <w:noProof/>
                <w:webHidden/>
              </w:rPr>
              <w:fldChar w:fldCharType="end"/>
            </w:r>
          </w:hyperlink>
        </w:p>
        <w:p w14:paraId="72B89DED" w14:textId="2E331D36" w:rsidR="00304C11" w:rsidRDefault="00304C11">
          <w:pPr>
            <w:pStyle w:val="Indholdsfortegnelse1"/>
            <w:tabs>
              <w:tab w:val="right" w:leader="dot" w:pos="9736"/>
            </w:tabs>
            <w:rPr>
              <w:noProof/>
            </w:rPr>
          </w:pPr>
          <w:hyperlink w:anchor="_Toc238051943" w:history="1">
            <w:r w:rsidRPr="008B5589">
              <w:rPr>
                <w:rStyle w:val="Hyperlink"/>
                <w:rFonts w:ascii="Times New Roman" w:hAnsi="Times New Roman" w:cs="Times New Roman"/>
                <w:noProof/>
                <w:lang w:val="da-DK"/>
              </w:rPr>
              <w:t>30. Skader</w:t>
            </w:r>
            <w:r>
              <w:rPr>
                <w:noProof/>
                <w:webHidden/>
              </w:rPr>
              <w:tab/>
            </w:r>
            <w:r>
              <w:rPr>
                <w:noProof/>
                <w:webHidden/>
              </w:rPr>
              <w:fldChar w:fldCharType="begin"/>
            </w:r>
            <w:r>
              <w:rPr>
                <w:noProof/>
                <w:webHidden/>
              </w:rPr>
              <w:instrText xml:space="preserve"> PAGEREF _Toc238051943 \h </w:instrText>
            </w:r>
            <w:r>
              <w:rPr>
                <w:noProof/>
                <w:webHidden/>
              </w:rPr>
            </w:r>
            <w:r>
              <w:rPr>
                <w:noProof/>
                <w:webHidden/>
              </w:rPr>
              <w:fldChar w:fldCharType="separate"/>
            </w:r>
            <w:r w:rsidR="005011C2">
              <w:rPr>
                <w:noProof/>
                <w:webHidden/>
              </w:rPr>
              <w:t>9</w:t>
            </w:r>
            <w:r>
              <w:rPr>
                <w:noProof/>
                <w:webHidden/>
              </w:rPr>
              <w:fldChar w:fldCharType="end"/>
            </w:r>
          </w:hyperlink>
        </w:p>
        <w:p w14:paraId="2F8F7A1F" w14:textId="2FE8B042" w:rsidR="00304C11" w:rsidRDefault="00304C11">
          <w:pPr>
            <w:pStyle w:val="Indholdsfortegnelse1"/>
            <w:tabs>
              <w:tab w:val="right" w:leader="dot" w:pos="9736"/>
            </w:tabs>
            <w:rPr>
              <w:noProof/>
            </w:rPr>
          </w:pPr>
          <w:hyperlink w:anchor="_Toc238051944" w:history="1">
            <w:r w:rsidRPr="008B5589">
              <w:rPr>
                <w:rStyle w:val="Hyperlink"/>
                <w:rFonts w:ascii="Times New Roman" w:hAnsi="Times New Roman" w:cs="Times New Roman"/>
                <w:noProof/>
                <w:lang w:val="da-DK"/>
              </w:rPr>
              <w:t>31. Ansvar</w:t>
            </w:r>
            <w:r>
              <w:rPr>
                <w:noProof/>
                <w:webHidden/>
              </w:rPr>
              <w:tab/>
            </w:r>
            <w:r>
              <w:rPr>
                <w:noProof/>
                <w:webHidden/>
              </w:rPr>
              <w:fldChar w:fldCharType="begin"/>
            </w:r>
            <w:r>
              <w:rPr>
                <w:noProof/>
                <w:webHidden/>
              </w:rPr>
              <w:instrText xml:space="preserve"> PAGEREF _Toc238051944 \h </w:instrText>
            </w:r>
            <w:r>
              <w:rPr>
                <w:noProof/>
                <w:webHidden/>
              </w:rPr>
            </w:r>
            <w:r>
              <w:rPr>
                <w:noProof/>
                <w:webHidden/>
              </w:rPr>
              <w:fldChar w:fldCharType="separate"/>
            </w:r>
            <w:r w:rsidR="005011C2">
              <w:rPr>
                <w:noProof/>
                <w:webHidden/>
              </w:rPr>
              <w:t>9</w:t>
            </w:r>
            <w:r>
              <w:rPr>
                <w:noProof/>
                <w:webHidden/>
              </w:rPr>
              <w:fldChar w:fldCharType="end"/>
            </w:r>
          </w:hyperlink>
        </w:p>
        <w:p w14:paraId="2E4CB5D4" w14:textId="09E57F30" w:rsidR="00304C11" w:rsidRDefault="00304C11">
          <w:pPr>
            <w:pStyle w:val="Indholdsfortegnelse1"/>
            <w:tabs>
              <w:tab w:val="right" w:leader="dot" w:pos="9736"/>
            </w:tabs>
            <w:rPr>
              <w:noProof/>
            </w:rPr>
          </w:pPr>
          <w:hyperlink w:anchor="_Toc238051945" w:history="1">
            <w:r w:rsidRPr="008B5589">
              <w:rPr>
                <w:rStyle w:val="Hyperlink"/>
                <w:rFonts w:ascii="Times New Roman" w:hAnsi="Times New Roman" w:cs="Times New Roman"/>
                <w:noProof/>
                <w:lang w:val="da-DK"/>
              </w:rPr>
              <w:t>32. Reklamation og mangler</w:t>
            </w:r>
            <w:r>
              <w:rPr>
                <w:noProof/>
                <w:webHidden/>
              </w:rPr>
              <w:tab/>
            </w:r>
            <w:r>
              <w:rPr>
                <w:noProof/>
                <w:webHidden/>
              </w:rPr>
              <w:fldChar w:fldCharType="begin"/>
            </w:r>
            <w:r>
              <w:rPr>
                <w:noProof/>
                <w:webHidden/>
              </w:rPr>
              <w:instrText xml:space="preserve"> PAGEREF _Toc238051945 \h </w:instrText>
            </w:r>
            <w:r>
              <w:rPr>
                <w:noProof/>
                <w:webHidden/>
              </w:rPr>
            </w:r>
            <w:r>
              <w:rPr>
                <w:noProof/>
                <w:webHidden/>
              </w:rPr>
              <w:fldChar w:fldCharType="separate"/>
            </w:r>
            <w:r w:rsidR="005011C2">
              <w:rPr>
                <w:noProof/>
                <w:webHidden/>
              </w:rPr>
              <w:t>9</w:t>
            </w:r>
            <w:r>
              <w:rPr>
                <w:noProof/>
                <w:webHidden/>
              </w:rPr>
              <w:fldChar w:fldCharType="end"/>
            </w:r>
          </w:hyperlink>
        </w:p>
        <w:p w14:paraId="4FE85331" w14:textId="5AFEA4A0" w:rsidR="00304C11" w:rsidRDefault="00304C11">
          <w:pPr>
            <w:pStyle w:val="Indholdsfortegnelse1"/>
            <w:tabs>
              <w:tab w:val="right" w:leader="dot" w:pos="9736"/>
            </w:tabs>
            <w:rPr>
              <w:noProof/>
            </w:rPr>
          </w:pPr>
          <w:hyperlink w:anchor="_Toc238051946" w:history="1">
            <w:r w:rsidRPr="008B5589">
              <w:rPr>
                <w:rStyle w:val="Hyperlink"/>
                <w:rFonts w:ascii="Times New Roman" w:hAnsi="Times New Roman" w:cs="Times New Roman"/>
                <w:noProof/>
                <w:lang w:val="da-DK"/>
              </w:rPr>
              <w:t>33. Vedligeholdelse og efterfølgende påvirkninger</w:t>
            </w:r>
            <w:r>
              <w:rPr>
                <w:noProof/>
                <w:webHidden/>
              </w:rPr>
              <w:tab/>
            </w:r>
            <w:r>
              <w:rPr>
                <w:noProof/>
                <w:webHidden/>
              </w:rPr>
              <w:fldChar w:fldCharType="begin"/>
            </w:r>
            <w:r>
              <w:rPr>
                <w:noProof/>
                <w:webHidden/>
              </w:rPr>
              <w:instrText xml:space="preserve"> PAGEREF _Toc238051946 \h </w:instrText>
            </w:r>
            <w:r>
              <w:rPr>
                <w:noProof/>
                <w:webHidden/>
              </w:rPr>
            </w:r>
            <w:r>
              <w:rPr>
                <w:noProof/>
                <w:webHidden/>
              </w:rPr>
              <w:fldChar w:fldCharType="separate"/>
            </w:r>
            <w:r w:rsidR="005011C2">
              <w:rPr>
                <w:noProof/>
                <w:webHidden/>
              </w:rPr>
              <w:t>9</w:t>
            </w:r>
            <w:r>
              <w:rPr>
                <w:noProof/>
                <w:webHidden/>
              </w:rPr>
              <w:fldChar w:fldCharType="end"/>
            </w:r>
          </w:hyperlink>
        </w:p>
        <w:p w14:paraId="1ECC5C17" w14:textId="3E99215D" w:rsidR="00304C11" w:rsidRDefault="00304C11">
          <w:pPr>
            <w:pStyle w:val="Indholdsfortegnelse1"/>
            <w:tabs>
              <w:tab w:val="right" w:leader="dot" w:pos="9736"/>
            </w:tabs>
            <w:rPr>
              <w:noProof/>
            </w:rPr>
          </w:pPr>
          <w:hyperlink w:anchor="_Toc238051947" w:history="1">
            <w:r w:rsidRPr="008B5589">
              <w:rPr>
                <w:rStyle w:val="Hyperlink"/>
                <w:rFonts w:ascii="Times New Roman" w:hAnsi="Times New Roman" w:cs="Times New Roman"/>
                <w:noProof/>
                <w:lang w:val="da-DK"/>
              </w:rPr>
              <w:t>34. Garantier og serviceaftaler</w:t>
            </w:r>
            <w:r>
              <w:rPr>
                <w:noProof/>
                <w:webHidden/>
              </w:rPr>
              <w:tab/>
            </w:r>
            <w:r>
              <w:rPr>
                <w:noProof/>
                <w:webHidden/>
              </w:rPr>
              <w:fldChar w:fldCharType="begin"/>
            </w:r>
            <w:r>
              <w:rPr>
                <w:noProof/>
                <w:webHidden/>
              </w:rPr>
              <w:instrText xml:space="preserve"> PAGEREF _Toc238051947 \h </w:instrText>
            </w:r>
            <w:r>
              <w:rPr>
                <w:noProof/>
                <w:webHidden/>
              </w:rPr>
            </w:r>
            <w:r>
              <w:rPr>
                <w:noProof/>
                <w:webHidden/>
              </w:rPr>
              <w:fldChar w:fldCharType="separate"/>
            </w:r>
            <w:r w:rsidR="005011C2">
              <w:rPr>
                <w:noProof/>
                <w:webHidden/>
              </w:rPr>
              <w:t>9</w:t>
            </w:r>
            <w:r>
              <w:rPr>
                <w:noProof/>
                <w:webHidden/>
              </w:rPr>
              <w:fldChar w:fldCharType="end"/>
            </w:r>
          </w:hyperlink>
        </w:p>
        <w:p w14:paraId="20F5974E" w14:textId="41842BD4" w:rsidR="00304C11" w:rsidRDefault="00304C11">
          <w:pPr>
            <w:pStyle w:val="Indholdsfortegnelse1"/>
            <w:tabs>
              <w:tab w:val="right" w:leader="dot" w:pos="9736"/>
            </w:tabs>
            <w:rPr>
              <w:noProof/>
            </w:rPr>
          </w:pPr>
          <w:hyperlink w:anchor="_Toc238051948" w:history="1">
            <w:r w:rsidRPr="008B5589">
              <w:rPr>
                <w:rStyle w:val="Hyperlink"/>
                <w:rFonts w:ascii="Times New Roman" w:hAnsi="Times New Roman" w:cs="Times New Roman"/>
                <w:noProof/>
                <w:lang w:val="da-DK"/>
              </w:rPr>
              <w:t>35. Producentgarantier</w:t>
            </w:r>
            <w:r>
              <w:rPr>
                <w:noProof/>
                <w:webHidden/>
              </w:rPr>
              <w:tab/>
            </w:r>
            <w:r>
              <w:rPr>
                <w:noProof/>
                <w:webHidden/>
              </w:rPr>
              <w:fldChar w:fldCharType="begin"/>
            </w:r>
            <w:r>
              <w:rPr>
                <w:noProof/>
                <w:webHidden/>
              </w:rPr>
              <w:instrText xml:space="preserve"> PAGEREF _Toc238051948 \h </w:instrText>
            </w:r>
            <w:r>
              <w:rPr>
                <w:noProof/>
                <w:webHidden/>
              </w:rPr>
            </w:r>
            <w:r>
              <w:rPr>
                <w:noProof/>
                <w:webHidden/>
              </w:rPr>
              <w:fldChar w:fldCharType="separate"/>
            </w:r>
            <w:r w:rsidR="005011C2">
              <w:rPr>
                <w:noProof/>
                <w:webHidden/>
              </w:rPr>
              <w:t>10</w:t>
            </w:r>
            <w:r>
              <w:rPr>
                <w:noProof/>
                <w:webHidden/>
              </w:rPr>
              <w:fldChar w:fldCharType="end"/>
            </w:r>
          </w:hyperlink>
        </w:p>
        <w:p w14:paraId="08BA409D" w14:textId="3594F2A0" w:rsidR="00304C11" w:rsidRDefault="00304C11">
          <w:pPr>
            <w:pStyle w:val="Indholdsfortegnelse1"/>
            <w:tabs>
              <w:tab w:val="right" w:leader="dot" w:pos="9736"/>
            </w:tabs>
            <w:rPr>
              <w:noProof/>
            </w:rPr>
          </w:pPr>
          <w:hyperlink w:anchor="_Toc238051949" w:history="1">
            <w:r w:rsidRPr="008B5589">
              <w:rPr>
                <w:rStyle w:val="Hyperlink"/>
                <w:rFonts w:ascii="Times New Roman" w:hAnsi="Times New Roman" w:cs="Times New Roman"/>
                <w:noProof/>
                <w:lang w:val="da-DK"/>
              </w:rPr>
              <w:t>36. Underentreprenører</w:t>
            </w:r>
            <w:r>
              <w:rPr>
                <w:noProof/>
                <w:webHidden/>
              </w:rPr>
              <w:tab/>
            </w:r>
            <w:r>
              <w:rPr>
                <w:noProof/>
                <w:webHidden/>
              </w:rPr>
              <w:fldChar w:fldCharType="begin"/>
            </w:r>
            <w:r>
              <w:rPr>
                <w:noProof/>
                <w:webHidden/>
              </w:rPr>
              <w:instrText xml:space="preserve"> PAGEREF _Toc238051949 \h </w:instrText>
            </w:r>
            <w:r>
              <w:rPr>
                <w:noProof/>
                <w:webHidden/>
              </w:rPr>
            </w:r>
            <w:r>
              <w:rPr>
                <w:noProof/>
                <w:webHidden/>
              </w:rPr>
              <w:fldChar w:fldCharType="separate"/>
            </w:r>
            <w:r w:rsidR="005011C2">
              <w:rPr>
                <w:noProof/>
                <w:webHidden/>
              </w:rPr>
              <w:t>10</w:t>
            </w:r>
            <w:r>
              <w:rPr>
                <w:noProof/>
                <w:webHidden/>
              </w:rPr>
              <w:fldChar w:fldCharType="end"/>
            </w:r>
          </w:hyperlink>
        </w:p>
        <w:p w14:paraId="6C4D8021" w14:textId="03E29107" w:rsidR="00304C11" w:rsidRDefault="00304C11">
          <w:pPr>
            <w:pStyle w:val="Indholdsfortegnelse1"/>
            <w:tabs>
              <w:tab w:val="right" w:leader="dot" w:pos="9736"/>
            </w:tabs>
            <w:rPr>
              <w:noProof/>
            </w:rPr>
          </w:pPr>
          <w:hyperlink w:anchor="_Toc238051950" w:history="1">
            <w:r w:rsidRPr="008B5589">
              <w:rPr>
                <w:rStyle w:val="Hyperlink"/>
                <w:rFonts w:ascii="Times New Roman" w:hAnsi="Times New Roman" w:cs="Times New Roman"/>
                <w:noProof/>
                <w:lang w:val="da-DK"/>
              </w:rPr>
              <w:t>37. Dokumentation og billeder</w:t>
            </w:r>
            <w:r>
              <w:rPr>
                <w:noProof/>
                <w:webHidden/>
              </w:rPr>
              <w:tab/>
            </w:r>
            <w:r>
              <w:rPr>
                <w:noProof/>
                <w:webHidden/>
              </w:rPr>
              <w:fldChar w:fldCharType="begin"/>
            </w:r>
            <w:r>
              <w:rPr>
                <w:noProof/>
                <w:webHidden/>
              </w:rPr>
              <w:instrText xml:space="preserve"> PAGEREF _Toc238051950 \h </w:instrText>
            </w:r>
            <w:r>
              <w:rPr>
                <w:noProof/>
                <w:webHidden/>
              </w:rPr>
            </w:r>
            <w:r>
              <w:rPr>
                <w:noProof/>
                <w:webHidden/>
              </w:rPr>
              <w:fldChar w:fldCharType="separate"/>
            </w:r>
            <w:r w:rsidR="005011C2">
              <w:rPr>
                <w:noProof/>
                <w:webHidden/>
              </w:rPr>
              <w:t>10</w:t>
            </w:r>
            <w:r>
              <w:rPr>
                <w:noProof/>
                <w:webHidden/>
              </w:rPr>
              <w:fldChar w:fldCharType="end"/>
            </w:r>
          </w:hyperlink>
        </w:p>
        <w:p w14:paraId="74395B8F" w14:textId="7D1DCC39" w:rsidR="00304C11" w:rsidRDefault="00304C11">
          <w:pPr>
            <w:pStyle w:val="Indholdsfortegnelse1"/>
            <w:tabs>
              <w:tab w:val="right" w:leader="dot" w:pos="9736"/>
            </w:tabs>
            <w:rPr>
              <w:noProof/>
            </w:rPr>
          </w:pPr>
          <w:hyperlink w:anchor="_Toc238051951" w:history="1">
            <w:r w:rsidRPr="008B5589">
              <w:rPr>
                <w:rStyle w:val="Hyperlink"/>
                <w:rFonts w:ascii="Times New Roman" w:hAnsi="Times New Roman" w:cs="Times New Roman"/>
                <w:noProof/>
                <w:lang w:val="da-DK"/>
              </w:rPr>
              <w:t>38. Fortrydelsesret for private kunder</w:t>
            </w:r>
            <w:r>
              <w:rPr>
                <w:noProof/>
                <w:webHidden/>
              </w:rPr>
              <w:tab/>
            </w:r>
            <w:r>
              <w:rPr>
                <w:noProof/>
                <w:webHidden/>
              </w:rPr>
              <w:fldChar w:fldCharType="begin"/>
            </w:r>
            <w:r>
              <w:rPr>
                <w:noProof/>
                <w:webHidden/>
              </w:rPr>
              <w:instrText xml:space="preserve"> PAGEREF _Toc238051951 \h </w:instrText>
            </w:r>
            <w:r>
              <w:rPr>
                <w:noProof/>
                <w:webHidden/>
              </w:rPr>
            </w:r>
            <w:r>
              <w:rPr>
                <w:noProof/>
                <w:webHidden/>
              </w:rPr>
              <w:fldChar w:fldCharType="separate"/>
            </w:r>
            <w:r w:rsidR="005011C2">
              <w:rPr>
                <w:noProof/>
                <w:webHidden/>
              </w:rPr>
              <w:t>10</w:t>
            </w:r>
            <w:r>
              <w:rPr>
                <w:noProof/>
                <w:webHidden/>
              </w:rPr>
              <w:fldChar w:fldCharType="end"/>
            </w:r>
          </w:hyperlink>
        </w:p>
        <w:p w14:paraId="577A7A9A" w14:textId="13A59439" w:rsidR="00304C11" w:rsidRDefault="00304C11">
          <w:pPr>
            <w:pStyle w:val="Indholdsfortegnelse1"/>
            <w:tabs>
              <w:tab w:val="right" w:leader="dot" w:pos="9736"/>
            </w:tabs>
            <w:rPr>
              <w:noProof/>
            </w:rPr>
          </w:pPr>
          <w:hyperlink w:anchor="_Toc238051952" w:history="1">
            <w:r w:rsidRPr="008B5589">
              <w:rPr>
                <w:rStyle w:val="Hyperlink"/>
                <w:rFonts w:ascii="Times New Roman" w:hAnsi="Times New Roman" w:cs="Times New Roman"/>
                <w:noProof/>
                <w:lang w:val="da-DK"/>
              </w:rPr>
              <w:t>39. Force majeure</w:t>
            </w:r>
            <w:r>
              <w:rPr>
                <w:noProof/>
                <w:webHidden/>
              </w:rPr>
              <w:tab/>
            </w:r>
            <w:r>
              <w:rPr>
                <w:noProof/>
                <w:webHidden/>
              </w:rPr>
              <w:fldChar w:fldCharType="begin"/>
            </w:r>
            <w:r>
              <w:rPr>
                <w:noProof/>
                <w:webHidden/>
              </w:rPr>
              <w:instrText xml:space="preserve"> PAGEREF _Toc238051952 \h </w:instrText>
            </w:r>
            <w:r>
              <w:rPr>
                <w:noProof/>
                <w:webHidden/>
              </w:rPr>
            </w:r>
            <w:r>
              <w:rPr>
                <w:noProof/>
                <w:webHidden/>
              </w:rPr>
              <w:fldChar w:fldCharType="separate"/>
            </w:r>
            <w:r w:rsidR="005011C2">
              <w:rPr>
                <w:noProof/>
                <w:webHidden/>
              </w:rPr>
              <w:t>10</w:t>
            </w:r>
            <w:r>
              <w:rPr>
                <w:noProof/>
                <w:webHidden/>
              </w:rPr>
              <w:fldChar w:fldCharType="end"/>
            </w:r>
          </w:hyperlink>
        </w:p>
        <w:p w14:paraId="10BE5751" w14:textId="32330081" w:rsidR="00304C11" w:rsidRDefault="00304C11">
          <w:pPr>
            <w:pStyle w:val="Indholdsfortegnelse1"/>
            <w:tabs>
              <w:tab w:val="right" w:leader="dot" w:pos="9736"/>
            </w:tabs>
            <w:rPr>
              <w:noProof/>
            </w:rPr>
          </w:pPr>
          <w:hyperlink w:anchor="_Toc238051953" w:history="1">
            <w:r w:rsidRPr="008B5589">
              <w:rPr>
                <w:rStyle w:val="Hyperlink"/>
                <w:rFonts w:ascii="Times New Roman" w:hAnsi="Times New Roman" w:cs="Times New Roman"/>
                <w:noProof/>
                <w:lang w:val="da-DK"/>
              </w:rPr>
              <w:t>40. AB-Forbruger</w:t>
            </w:r>
            <w:r>
              <w:rPr>
                <w:noProof/>
                <w:webHidden/>
              </w:rPr>
              <w:tab/>
            </w:r>
            <w:r>
              <w:rPr>
                <w:noProof/>
                <w:webHidden/>
              </w:rPr>
              <w:fldChar w:fldCharType="begin"/>
            </w:r>
            <w:r>
              <w:rPr>
                <w:noProof/>
                <w:webHidden/>
              </w:rPr>
              <w:instrText xml:space="preserve"> PAGEREF _Toc238051953 \h </w:instrText>
            </w:r>
            <w:r>
              <w:rPr>
                <w:noProof/>
                <w:webHidden/>
              </w:rPr>
            </w:r>
            <w:r>
              <w:rPr>
                <w:noProof/>
                <w:webHidden/>
              </w:rPr>
              <w:fldChar w:fldCharType="separate"/>
            </w:r>
            <w:r w:rsidR="005011C2">
              <w:rPr>
                <w:noProof/>
                <w:webHidden/>
              </w:rPr>
              <w:t>10</w:t>
            </w:r>
            <w:r>
              <w:rPr>
                <w:noProof/>
                <w:webHidden/>
              </w:rPr>
              <w:fldChar w:fldCharType="end"/>
            </w:r>
          </w:hyperlink>
        </w:p>
        <w:p w14:paraId="71286B15" w14:textId="4AE8E165" w:rsidR="00304C11" w:rsidRDefault="00304C11">
          <w:pPr>
            <w:pStyle w:val="Indholdsfortegnelse1"/>
            <w:tabs>
              <w:tab w:val="right" w:leader="dot" w:pos="9736"/>
            </w:tabs>
            <w:rPr>
              <w:noProof/>
            </w:rPr>
          </w:pPr>
          <w:hyperlink w:anchor="_Toc238051954" w:history="1">
            <w:r w:rsidRPr="008B5589">
              <w:rPr>
                <w:rStyle w:val="Hyperlink"/>
                <w:rFonts w:ascii="Times New Roman" w:hAnsi="Times New Roman" w:cs="Times New Roman"/>
                <w:noProof/>
                <w:lang w:val="da-DK"/>
              </w:rPr>
              <w:t>41. AB 18 og erhvervsentrepriser</w:t>
            </w:r>
            <w:r>
              <w:rPr>
                <w:noProof/>
                <w:webHidden/>
              </w:rPr>
              <w:tab/>
            </w:r>
            <w:r>
              <w:rPr>
                <w:noProof/>
                <w:webHidden/>
              </w:rPr>
              <w:fldChar w:fldCharType="begin"/>
            </w:r>
            <w:r>
              <w:rPr>
                <w:noProof/>
                <w:webHidden/>
              </w:rPr>
              <w:instrText xml:space="preserve"> PAGEREF _Toc238051954 \h </w:instrText>
            </w:r>
            <w:r>
              <w:rPr>
                <w:noProof/>
                <w:webHidden/>
              </w:rPr>
            </w:r>
            <w:r>
              <w:rPr>
                <w:noProof/>
                <w:webHidden/>
              </w:rPr>
              <w:fldChar w:fldCharType="separate"/>
            </w:r>
            <w:r w:rsidR="005011C2">
              <w:rPr>
                <w:noProof/>
                <w:webHidden/>
              </w:rPr>
              <w:t>10</w:t>
            </w:r>
            <w:r>
              <w:rPr>
                <w:noProof/>
                <w:webHidden/>
              </w:rPr>
              <w:fldChar w:fldCharType="end"/>
            </w:r>
          </w:hyperlink>
        </w:p>
        <w:p w14:paraId="36A0E85C" w14:textId="38C3726D" w:rsidR="00304C11" w:rsidRDefault="00304C11">
          <w:pPr>
            <w:pStyle w:val="Indholdsfortegnelse1"/>
            <w:tabs>
              <w:tab w:val="right" w:leader="dot" w:pos="9736"/>
            </w:tabs>
            <w:rPr>
              <w:noProof/>
            </w:rPr>
          </w:pPr>
          <w:hyperlink w:anchor="_Toc238051955" w:history="1">
            <w:r w:rsidRPr="008B5589">
              <w:rPr>
                <w:rStyle w:val="Hyperlink"/>
                <w:rFonts w:ascii="Times New Roman" w:hAnsi="Times New Roman" w:cs="Times New Roman"/>
                <w:noProof/>
                <w:lang w:val="da-DK"/>
              </w:rPr>
              <w:t>42. Kommunikation</w:t>
            </w:r>
            <w:r>
              <w:rPr>
                <w:noProof/>
                <w:webHidden/>
              </w:rPr>
              <w:tab/>
            </w:r>
            <w:r>
              <w:rPr>
                <w:noProof/>
                <w:webHidden/>
              </w:rPr>
              <w:fldChar w:fldCharType="begin"/>
            </w:r>
            <w:r>
              <w:rPr>
                <w:noProof/>
                <w:webHidden/>
              </w:rPr>
              <w:instrText xml:space="preserve"> PAGEREF _Toc238051955 \h </w:instrText>
            </w:r>
            <w:r>
              <w:rPr>
                <w:noProof/>
                <w:webHidden/>
              </w:rPr>
            </w:r>
            <w:r>
              <w:rPr>
                <w:noProof/>
                <w:webHidden/>
              </w:rPr>
              <w:fldChar w:fldCharType="separate"/>
            </w:r>
            <w:r w:rsidR="005011C2">
              <w:rPr>
                <w:noProof/>
                <w:webHidden/>
              </w:rPr>
              <w:t>11</w:t>
            </w:r>
            <w:r>
              <w:rPr>
                <w:noProof/>
                <w:webHidden/>
              </w:rPr>
              <w:fldChar w:fldCharType="end"/>
            </w:r>
          </w:hyperlink>
        </w:p>
        <w:p w14:paraId="55FEE245" w14:textId="31E90B09" w:rsidR="00304C11" w:rsidRDefault="00304C11">
          <w:pPr>
            <w:pStyle w:val="Indholdsfortegnelse1"/>
            <w:tabs>
              <w:tab w:val="right" w:leader="dot" w:pos="9736"/>
            </w:tabs>
            <w:rPr>
              <w:noProof/>
            </w:rPr>
          </w:pPr>
          <w:hyperlink w:anchor="_Toc238051956" w:history="1">
            <w:r w:rsidRPr="008B5589">
              <w:rPr>
                <w:rStyle w:val="Hyperlink"/>
                <w:rFonts w:ascii="Times New Roman" w:hAnsi="Times New Roman" w:cs="Times New Roman"/>
                <w:noProof/>
                <w:lang w:val="da-DK"/>
              </w:rPr>
              <w:t>43. Klager</w:t>
            </w:r>
            <w:r>
              <w:rPr>
                <w:noProof/>
                <w:webHidden/>
              </w:rPr>
              <w:tab/>
            </w:r>
            <w:r>
              <w:rPr>
                <w:noProof/>
                <w:webHidden/>
              </w:rPr>
              <w:fldChar w:fldCharType="begin"/>
            </w:r>
            <w:r>
              <w:rPr>
                <w:noProof/>
                <w:webHidden/>
              </w:rPr>
              <w:instrText xml:space="preserve"> PAGEREF _Toc238051956 \h </w:instrText>
            </w:r>
            <w:r>
              <w:rPr>
                <w:noProof/>
                <w:webHidden/>
              </w:rPr>
            </w:r>
            <w:r>
              <w:rPr>
                <w:noProof/>
                <w:webHidden/>
              </w:rPr>
              <w:fldChar w:fldCharType="separate"/>
            </w:r>
            <w:r w:rsidR="005011C2">
              <w:rPr>
                <w:noProof/>
                <w:webHidden/>
              </w:rPr>
              <w:t>11</w:t>
            </w:r>
            <w:r>
              <w:rPr>
                <w:noProof/>
                <w:webHidden/>
              </w:rPr>
              <w:fldChar w:fldCharType="end"/>
            </w:r>
          </w:hyperlink>
        </w:p>
        <w:p w14:paraId="2E3B4A88" w14:textId="7CC1AF64" w:rsidR="00304C11" w:rsidRDefault="00304C11">
          <w:pPr>
            <w:pStyle w:val="Indholdsfortegnelse1"/>
            <w:tabs>
              <w:tab w:val="right" w:leader="dot" w:pos="9736"/>
            </w:tabs>
            <w:rPr>
              <w:noProof/>
            </w:rPr>
          </w:pPr>
          <w:hyperlink w:anchor="_Toc238051957" w:history="1">
            <w:r w:rsidRPr="008B5589">
              <w:rPr>
                <w:rStyle w:val="Hyperlink"/>
                <w:rFonts w:ascii="Times New Roman" w:hAnsi="Times New Roman" w:cs="Times New Roman"/>
                <w:noProof/>
                <w:lang w:val="da-DK"/>
              </w:rPr>
              <w:t>44. Lovvalg og tvister</w:t>
            </w:r>
            <w:r>
              <w:rPr>
                <w:noProof/>
                <w:webHidden/>
              </w:rPr>
              <w:tab/>
            </w:r>
            <w:r>
              <w:rPr>
                <w:noProof/>
                <w:webHidden/>
              </w:rPr>
              <w:fldChar w:fldCharType="begin"/>
            </w:r>
            <w:r>
              <w:rPr>
                <w:noProof/>
                <w:webHidden/>
              </w:rPr>
              <w:instrText xml:space="preserve"> PAGEREF _Toc238051957 \h </w:instrText>
            </w:r>
            <w:r>
              <w:rPr>
                <w:noProof/>
                <w:webHidden/>
              </w:rPr>
            </w:r>
            <w:r>
              <w:rPr>
                <w:noProof/>
                <w:webHidden/>
              </w:rPr>
              <w:fldChar w:fldCharType="separate"/>
            </w:r>
            <w:r w:rsidR="005011C2">
              <w:rPr>
                <w:noProof/>
                <w:webHidden/>
              </w:rPr>
              <w:t>11</w:t>
            </w:r>
            <w:r>
              <w:rPr>
                <w:noProof/>
                <w:webHidden/>
              </w:rPr>
              <w:fldChar w:fldCharType="end"/>
            </w:r>
          </w:hyperlink>
        </w:p>
        <w:p w14:paraId="33A7189A" w14:textId="209153CA" w:rsidR="00304C11" w:rsidRDefault="00304C11">
          <w:pPr>
            <w:pStyle w:val="Indholdsfortegnelse1"/>
            <w:tabs>
              <w:tab w:val="right" w:leader="dot" w:pos="9736"/>
            </w:tabs>
            <w:rPr>
              <w:noProof/>
            </w:rPr>
          </w:pPr>
          <w:hyperlink w:anchor="_Toc238051958" w:history="1">
            <w:r w:rsidRPr="008B5589">
              <w:rPr>
                <w:rStyle w:val="Hyperlink"/>
                <w:rFonts w:ascii="Times New Roman" w:hAnsi="Times New Roman" w:cs="Times New Roman"/>
                <w:noProof/>
                <w:lang w:val="da-DK"/>
              </w:rPr>
              <w:t>45. Ændring af handelsbetingelser</w:t>
            </w:r>
            <w:r>
              <w:rPr>
                <w:noProof/>
                <w:webHidden/>
              </w:rPr>
              <w:tab/>
            </w:r>
            <w:r>
              <w:rPr>
                <w:noProof/>
                <w:webHidden/>
              </w:rPr>
              <w:fldChar w:fldCharType="begin"/>
            </w:r>
            <w:r>
              <w:rPr>
                <w:noProof/>
                <w:webHidden/>
              </w:rPr>
              <w:instrText xml:space="preserve"> PAGEREF _Toc238051958 \h </w:instrText>
            </w:r>
            <w:r>
              <w:rPr>
                <w:noProof/>
                <w:webHidden/>
              </w:rPr>
            </w:r>
            <w:r>
              <w:rPr>
                <w:noProof/>
                <w:webHidden/>
              </w:rPr>
              <w:fldChar w:fldCharType="separate"/>
            </w:r>
            <w:r w:rsidR="005011C2">
              <w:rPr>
                <w:noProof/>
                <w:webHidden/>
              </w:rPr>
              <w:t>11</w:t>
            </w:r>
            <w:r>
              <w:rPr>
                <w:noProof/>
                <w:webHidden/>
              </w:rPr>
              <w:fldChar w:fldCharType="end"/>
            </w:r>
          </w:hyperlink>
        </w:p>
        <w:p w14:paraId="2C679394" w14:textId="293F2FF1" w:rsidR="00304C11" w:rsidRDefault="00304C11">
          <w:pPr>
            <w:pStyle w:val="Indholdsfortegnelse1"/>
            <w:tabs>
              <w:tab w:val="right" w:leader="dot" w:pos="9736"/>
            </w:tabs>
            <w:rPr>
              <w:noProof/>
            </w:rPr>
          </w:pPr>
          <w:hyperlink w:anchor="_Toc238051959" w:history="1">
            <w:r w:rsidRPr="008B5589">
              <w:rPr>
                <w:rStyle w:val="Hyperlink"/>
                <w:rFonts w:ascii="Times New Roman" w:hAnsi="Times New Roman" w:cs="Times New Roman"/>
                <w:noProof/>
                <w:lang w:val="da-DK"/>
              </w:rPr>
              <w:t>46. Kontaktoplysninger</w:t>
            </w:r>
            <w:r>
              <w:rPr>
                <w:noProof/>
                <w:webHidden/>
              </w:rPr>
              <w:tab/>
            </w:r>
            <w:r>
              <w:rPr>
                <w:noProof/>
                <w:webHidden/>
              </w:rPr>
              <w:fldChar w:fldCharType="begin"/>
            </w:r>
            <w:r>
              <w:rPr>
                <w:noProof/>
                <w:webHidden/>
              </w:rPr>
              <w:instrText xml:space="preserve"> PAGEREF _Toc238051959 \h </w:instrText>
            </w:r>
            <w:r>
              <w:rPr>
                <w:noProof/>
                <w:webHidden/>
              </w:rPr>
            </w:r>
            <w:r>
              <w:rPr>
                <w:noProof/>
                <w:webHidden/>
              </w:rPr>
              <w:fldChar w:fldCharType="separate"/>
            </w:r>
            <w:r w:rsidR="005011C2">
              <w:rPr>
                <w:noProof/>
                <w:webHidden/>
              </w:rPr>
              <w:t>11</w:t>
            </w:r>
            <w:r>
              <w:rPr>
                <w:noProof/>
                <w:webHidden/>
              </w:rPr>
              <w:fldChar w:fldCharType="end"/>
            </w:r>
          </w:hyperlink>
        </w:p>
        <w:p w14:paraId="1C95611F" w14:textId="579CC0FF" w:rsidR="00304C11" w:rsidRDefault="00304C11">
          <w:pPr>
            <w:pStyle w:val="Indholdsfortegnelse1"/>
            <w:tabs>
              <w:tab w:val="right" w:leader="dot" w:pos="9736"/>
            </w:tabs>
            <w:rPr>
              <w:noProof/>
            </w:rPr>
          </w:pPr>
          <w:hyperlink w:anchor="_Toc238051960" w:history="1">
            <w:r w:rsidRPr="008B5589">
              <w:rPr>
                <w:rStyle w:val="Hyperlink"/>
                <w:noProof/>
                <w:lang w:val="da-DK"/>
              </w:rPr>
              <w:t>TEKST TIL TILBUD</w:t>
            </w:r>
            <w:r>
              <w:rPr>
                <w:noProof/>
                <w:webHidden/>
              </w:rPr>
              <w:tab/>
            </w:r>
            <w:r>
              <w:rPr>
                <w:noProof/>
                <w:webHidden/>
              </w:rPr>
              <w:fldChar w:fldCharType="begin"/>
            </w:r>
            <w:r>
              <w:rPr>
                <w:noProof/>
                <w:webHidden/>
              </w:rPr>
              <w:instrText xml:space="preserve"> PAGEREF _Toc238051960 \h </w:instrText>
            </w:r>
            <w:r>
              <w:rPr>
                <w:noProof/>
                <w:webHidden/>
              </w:rPr>
            </w:r>
            <w:r>
              <w:rPr>
                <w:noProof/>
                <w:webHidden/>
              </w:rPr>
              <w:fldChar w:fldCharType="separate"/>
            </w:r>
            <w:r w:rsidR="005011C2">
              <w:rPr>
                <w:noProof/>
                <w:webHidden/>
              </w:rPr>
              <w:t>11</w:t>
            </w:r>
            <w:r>
              <w:rPr>
                <w:noProof/>
                <w:webHidden/>
              </w:rPr>
              <w:fldChar w:fldCharType="end"/>
            </w:r>
          </w:hyperlink>
        </w:p>
        <w:p w14:paraId="00E7D5D1" w14:textId="267DCECD" w:rsidR="00304C11" w:rsidRDefault="00304C11">
          <w:r>
            <w:rPr>
              <w:b/>
              <w:bCs/>
            </w:rPr>
            <w:fldChar w:fldCharType="end"/>
          </w:r>
        </w:p>
      </w:sdtContent>
    </w:sdt>
    <w:p w14:paraId="418A058A" w14:textId="77777777" w:rsidR="00304C11" w:rsidRDefault="00304C11">
      <w:pPr>
        <w:pStyle w:val="Titel"/>
        <w:jc w:val="center"/>
        <w:rPr>
          <w:rFonts w:ascii="Times New Roman" w:hAnsi="Times New Roman" w:cs="Times New Roman"/>
          <w:color w:val="000000" w:themeColor="text1"/>
          <w:sz w:val="40"/>
          <w:szCs w:val="40"/>
          <w:lang w:val="da-DK"/>
        </w:rPr>
      </w:pPr>
    </w:p>
    <w:p w14:paraId="0359FE16" w14:textId="77777777" w:rsidR="00304C11" w:rsidRDefault="00304C11">
      <w:pPr>
        <w:pStyle w:val="Titel"/>
        <w:jc w:val="center"/>
        <w:rPr>
          <w:rFonts w:ascii="Times New Roman" w:hAnsi="Times New Roman" w:cs="Times New Roman"/>
          <w:color w:val="000000" w:themeColor="text1"/>
          <w:sz w:val="40"/>
          <w:szCs w:val="40"/>
          <w:lang w:val="da-DK"/>
        </w:rPr>
      </w:pPr>
    </w:p>
    <w:p w14:paraId="631C6818" w14:textId="77777777" w:rsidR="00304C11" w:rsidRDefault="00304C11">
      <w:pPr>
        <w:pStyle w:val="Titel"/>
        <w:jc w:val="center"/>
        <w:rPr>
          <w:rFonts w:ascii="Times New Roman" w:hAnsi="Times New Roman" w:cs="Times New Roman"/>
          <w:color w:val="000000" w:themeColor="text1"/>
          <w:sz w:val="40"/>
          <w:szCs w:val="40"/>
          <w:lang w:val="da-DK"/>
        </w:rPr>
      </w:pPr>
    </w:p>
    <w:p w14:paraId="43FD8789" w14:textId="77777777" w:rsidR="00304C11" w:rsidRDefault="00304C11">
      <w:pPr>
        <w:pStyle w:val="Titel"/>
        <w:jc w:val="center"/>
        <w:rPr>
          <w:rFonts w:ascii="Times New Roman" w:hAnsi="Times New Roman" w:cs="Times New Roman"/>
          <w:color w:val="000000" w:themeColor="text1"/>
          <w:sz w:val="40"/>
          <w:szCs w:val="40"/>
          <w:lang w:val="da-DK"/>
        </w:rPr>
      </w:pPr>
    </w:p>
    <w:p w14:paraId="30258836" w14:textId="77777777" w:rsidR="00304C11" w:rsidRDefault="00304C11">
      <w:pPr>
        <w:pStyle w:val="Titel"/>
        <w:jc w:val="center"/>
        <w:rPr>
          <w:rFonts w:ascii="Times New Roman" w:hAnsi="Times New Roman" w:cs="Times New Roman"/>
          <w:color w:val="000000" w:themeColor="text1"/>
          <w:sz w:val="40"/>
          <w:szCs w:val="40"/>
          <w:lang w:val="da-DK"/>
        </w:rPr>
      </w:pPr>
    </w:p>
    <w:p w14:paraId="055D51D7" w14:textId="77777777" w:rsidR="00304C11" w:rsidRDefault="00304C11">
      <w:pPr>
        <w:pStyle w:val="Titel"/>
        <w:jc w:val="center"/>
        <w:rPr>
          <w:rFonts w:ascii="Times New Roman" w:hAnsi="Times New Roman" w:cs="Times New Roman"/>
          <w:color w:val="000000" w:themeColor="text1"/>
          <w:sz w:val="40"/>
          <w:szCs w:val="40"/>
          <w:lang w:val="da-DK"/>
        </w:rPr>
      </w:pPr>
    </w:p>
    <w:p w14:paraId="2E206C8C" w14:textId="77777777" w:rsidR="00304C11" w:rsidRDefault="00304C11">
      <w:pPr>
        <w:pStyle w:val="Titel"/>
        <w:jc w:val="center"/>
        <w:rPr>
          <w:rFonts w:ascii="Times New Roman" w:hAnsi="Times New Roman" w:cs="Times New Roman"/>
          <w:color w:val="000000" w:themeColor="text1"/>
          <w:sz w:val="40"/>
          <w:szCs w:val="40"/>
          <w:lang w:val="da-DK"/>
        </w:rPr>
      </w:pPr>
    </w:p>
    <w:p w14:paraId="32B3A765" w14:textId="77777777" w:rsidR="00304C11" w:rsidRDefault="00304C11">
      <w:pPr>
        <w:pStyle w:val="Titel"/>
        <w:jc w:val="center"/>
        <w:rPr>
          <w:rFonts w:ascii="Times New Roman" w:hAnsi="Times New Roman" w:cs="Times New Roman"/>
          <w:color w:val="000000" w:themeColor="text1"/>
          <w:sz w:val="40"/>
          <w:szCs w:val="40"/>
          <w:lang w:val="da-DK"/>
        </w:rPr>
      </w:pPr>
    </w:p>
    <w:p w14:paraId="269C979D" w14:textId="77777777" w:rsidR="00304C11" w:rsidRDefault="00304C11">
      <w:pPr>
        <w:pStyle w:val="Titel"/>
        <w:jc w:val="center"/>
        <w:rPr>
          <w:rFonts w:ascii="Times New Roman" w:hAnsi="Times New Roman" w:cs="Times New Roman"/>
          <w:color w:val="000000" w:themeColor="text1"/>
          <w:sz w:val="40"/>
          <w:szCs w:val="40"/>
          <w:lang w:val="da-DK"/>
        </w:rPr>
      </w:pPr>
    </w:p>
    <w:p w14:paraId="70DF6B64" w14:textId="77777777" w:rsidR="00304C11" w:rsidRDefault="00304C11">
      <w:pPr>
        <w:pStyle w:val="Titel"/>
        <w:jc w:val="center"/>
        <w:rPr>
          <w:rFonts w:ascii="Times New Roman" w:hAnsi="Times New Roman" w:cs="Times New Roman"/>
          <w:color w:val="000000" w:themeColor="text1"/>
          <w:sz w:val="40"/>
          <w:szCs w:val="40"/>
          <w:lang w:val="da-DK"/>
        </w:rPr>
      </w:pPr>
    </w:p>
    <w:p w14:paraId="025CFF50" w14:textId="77777777" w:rsidR="00304C11" w:rsidRDefault="00304C11">
      <w:pPr>
        <w:pStyle w:val="Titel"/>
        <w:jc w:val="center"/>
        <w:rPr>
          <w:rFonts w:ascii="Times New Roman" w:hAnsi="Times New Roman" w:cs="Times New Roman"/>
          <w:color w:val="000000" w:themeColor="text1"/>
          <w:sz w:val="40"/>
          <w:szCs w:val="40"/>
          <w:lang w:val="da-DK"/>
        </w:rPr>
      </w:pPr>
    </w:p>
    <w:p w14:paraId="6064139C" w14:textId="77777777" w:rsidR="00304C11" w:rsidRDefault="00304C11">
      <w:pPr>
        <w:pStyle w:val="Titel"/>
        <w:jc w:val="center"/>
        <w:rPr>
          <w:rFonts w:ascii="Times New Roman" w:hAnsi="Times New Roman" w:cs="Times New Roman"/>
          <w:color w:val="000000" w:themeColor="text1"/>
          <w:sz w:val="40"/>
          <w:szCs w:val="40"/>
          <w:lang w:val="da-DK"/>
        </w:rPr>
      </w:pPr>
    </w:p>
    <w:p w14:paraId="16C72185" w14:textId="77777777" w:rsidR="00304C11" w:rsidRDefault="00304C11">
      <w:pPr>
        <w:pStyle w:val="Titel"/>
        <w:jc w:val="center"/>
        <w:rPr>
          <w:rFonts w:ascii="Times New Roman" w:hAnsi="Times New Roman" w:cs="Times New Roman"/>
          <w:color w:val="000000" w:themeColor="text1"/>
          <w:sz w:val="40"/>
          <w:szCs w:val="40"/>
          <w:lang w:val="da-DK"/>
        </w:rPr>
      </w:pPr>
    </w:p>
    <w:p w14:paraId="56E5F246" w14:textId="77777777" w:rsidR="00304C11" w:rsidRDefault="00304C11">
      <w:pPr>
        <w:pStyle w:val="Titel"/>
        <w:jc w:val="center"/>
        <w:rPr>
          <w:rFonts w:ascii="Times New Roman" w:hAnsi="Times New Roman" w:cs="Times New Roman"/>
          <w:color w:val="000000" w:themeColor="text1"/>
          <w:sz w:val="40"/>
          <w:szCs w:val="40"/>
          <w:lang w:val="da-DK"/>
        </w:rPr>
      </w:pPr>
    </w:p>
    <w:p w14:paraId="76ADBA5B" w14:textId="77777777" w:rsidR="00304C11" w:rsidRDefault="00304C11">
      <w:pPr>
        <w:pStyle w:val="Titel"/>
        <w:jc w:val="center"/>
        <w:rPr>
          <w:rFonts w:ascii="Times New Roman" w:hAnsi="Times New Roman" w:cs="Times New Roman"/>
          <w:color w:val="000000" w:themeColor="text1"/>
          <w:sz w:val="40"/>
          <w:szCs w:val="40"/>
          <w:lang w:val="da-DK"/>
        </w:rPr>
      </w:pPr>
    </w:p>
    <w:p w14:paraId="1C02FBDE" w14:textId="77777777" w:rsidR="00304C11" w:rsidRDefault="00304C11">
      <w:pPr>
        <w:pStyle w:val="Titel"/>
        <w:jc w:val="center"/>
        <w:rPr>
          <w:rFonts w:ascii="Times New Roman" w:hAnsi="Times New Roman" w:cs="Times New Roman"/>
          <w:color w:val="000000" w:themeColor="text1"/>
          <w:sz w:val="40"/>
          <w:szCs w:val="40"/>
          <w:lang w:val="da-DK"/>
        </w:rPr>
      </w:pPr>
    </w:p>
    <w:p w14:paraId="48768E8B" w14:textId="3A6BA9FD" w:rsidR="00304C11" w:rsidRPr="00D952E1" w:rsidRDefault="00D952E1">
      <w:pPr>
        <w:pStyle w:val="Titel"/>
        <w:jc w:val="center"/>
        <w:rPr>
          <w:rFonts w:ascii="Times New Roman" w:hAnsi="Times New Roman" w:cs="Times New Roman"/>
          <w:b w:val="0"/>
          <w:bCs/>
          <w:color w:val="000000" w:themeColor="text1"/>
          <w:sz w:val="40"/>
          <w:szCs w:val="40"/>
          <w:lang w:val="da-DK"/>
        </w:rPr>
      </w:pPr>
      <w:r>
        <w:rPr>
          <w:rStyle w:val="Fodnotehenvisning"/>
          <w:rFonts w:ascii="Times New Roman" w:hAnsi="Times New Roman" w:cs="Times New Roman"/>
          <w:b w:val="0"/>
          <w:bCs/>
          <w:color w:val="000000" w:themeColor="text1"/>
          <w:sz w:val="40"/>
          <w:szCs w:val="40"/>
          <w:lang w:val="da-DK"/>
        </w:rPr>
        <w:lastRenderedPageBreak/>
        <w:footnoteReference w:id="1"/>
      </w:r>
    </w:p>
    <w:p w14:paraId="110A1525" w14:textId="39854360" w:rsidR="00F365D2" w:rsidRPr="00304C11" w:rsidRDefault="009F114F">
      <w:pPr>
        <w:pStyle w:val="Titel"/>
        <w:jc w:val="center"/>
        <w:rPr>
          <w:rFonts w:ascii="Times New Roman" w:hAnsi="Times New Roman" w:cs="Times New Roman"/>
          <w:color w:val="000000" w:themeColor="text1"/>
          <w:sz w:val="40"/>
          <w:szCs w:val="40"/>
          <w:lang w:val="da-DK"/>
        </w:rPr>
      </w:pPr>
      <w:r w:rsidRPr="00304C11">
        <w:rPr>
          <w:rFonts w:ascii="Times New Roman" w:hAnsi="Times New Roman" w:cs="Times New Roman"/>
          <w:color w:val="000000" w:themeColor="text1"/>
          <w:sz w:val="40"/>
          <w:szCs w:val="40"/>
          <w:lang w:val="da-DK"/>
        </w:rPr>
        <w:t>HANDELSBETINGELSER</w:t>
      </w:r>
    </w:p>
    <w:p w14:paraId="4AD9E2B0" w14:textId="12BA6F60" w:rsidR="00F365D2" w:rsidRPr="00304C11" w:rsidRDefault="009F114F">
      <w:pPr>
        <w:jc w:val="center"/>
        <w:rPr>
          <w:rFonts w:ascii="Times New Roman" w:hAnsi="Times New Roman" w:cs="Times New Roman"/>
          <w:lang w:val="da-DK"/>
        </w:rPr>
      </w:pPr>
      <w:r w:rsidRPr="00304C11">
        <w:rPr>
          <w:rFonts w:ascii="Times New Roman" w:hAnsi="Times New Roman" w:cs="Times New Roman"/>
          <w:b/>
          <w:sz w:val="26"/>
          <w:lang w:val="da-DK"/>
        </w:rPr>
        <w:t xml:space="preserve">Hollywood </w:t>
      </w:r>
      <w:proofErr w:type="spellStart"/>
      <w:r w:rsidR="003269B8">
        <w:rPr>
          <w:rFonts w:ascii="Times New Roman" w:hAnsi="Times New Roman" w:cs="Times New Roman"/>
          <w:b/>
          <w:sz w:val="26"/>
          <w:lang w:val="da-DK"/>
        </w:rPr>
        <w:t>Fliserens</w:t>
      </w:r>
      <w:proofErr w:type="spellEnd"/>
      <w:r w:rsidRPr="00304C11">
        <w:rPr>
          <w:rFonts w:ascii="Times New Roman" w:hAnsi="Times New Roman" w:cs="Times New Roman"/>
          <w:b/>
          <w:sz w:val="26"/>
          <w:lang w:val="da-DK"/>
        </w:rPr>
        <w:t xml:space="preserve"> ApS</w:t>
      </w:r>
    </w:p>
    <w:p w14:paraId="23DA6743" w14:textId="71970FED" w:rsidR="00F365D2" w:rsidRPr="00304C11" w:rsidRDefault="009F114F">
      <w:pPr>
        <w:jc w:val="center"/>
        <w:rPr>
          <w:rFonts w:ascii="Times New Roman" w:hAnsi="Times New Roman" w:cs="Times New Roman"/>
          <w:lang w:val="da-DK"/>
        </w:rPr>
      </w:pPr>
      <w:r w:rsidRPr="00304C11">
        <w:rPr>
          <w:rFonts w:ascii="Times New Roman" w:hAnsi="Times New Roman" w:cs="Times New Roman"/>
          <w:i/>
          <w:lang w:val="da-DK"/>
        </w:rPr>
        <w:t xml:space="preserve">Gældende fra: </w:t>
      </w:r>
      <w:r w:rsidR="00304C11" w:rsidRPr="00304C11">
        <w:rPr>
          <w:rFonts w:ascii="Times New Roman" w:hAnsi="Times New Roman" w:cs="Times New Roman"/>
          <w:i/>
          <w:lang w:val="da-DK"/>
        </w:rPr>
        <w:t>19/8 - 2026</w:t>
      </w:r>
    </w:p>
    <w:p w14:paraId="0CB82958" w14:textId="43266E0F"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Disse handelsbetingelser gælder for arbejde udført af Hollywood </w:t>
      </w:r>
      <w:proofErr w:type="spellStart"/>
      <w:r w:rsidR="00D5468C">
        <w:rPr>
          <w:rFonts w:ascii="Times New Roman" w:hAnsi="Times New Roman" w:cs="Times New Roman"/>
          <w:lang w:val="da-DK"/>
        </w:rPr>
        <w:t>Fliserens</w:t>
      </w:r>
      <w:proofErr w:type="spellEnd"/>
      <w:r w:rsidRPr="00304C11">
        <w:rPr>
          <w:rFonts w:ascii="Times New Roman" w:hAnsi="Times New Roman" w:cs="Times New Roman"/>
          <w:lang w:val="da-DK"/>
        </w:rPr>
        <w:t xml:space="preserve"> ApS, medmindre andet er skriftligt aftalt i tilbud, ordrebekræftelse eller anden aftale.</w:t>
      </w:r>
    </w:p>
    <w:p w14:paraId="1016CAB2"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Betingelserne er udarbejdet til virksomhedens almindelige tømrer-, service-, rense- og mindre entreprisearbejder.</w:t>
      </w:r>
    </w:p>
    <w:p w14:paraId="556ACB35"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Ved aftaler med private kunder gælder de rettigheder, som kunden ikke kan fraskrive sig efter dansk lovgivning.</w:t>
      </w:r>
    </w:p>
    <w:p w14:paraId="7D028119" w14:textId="77777777" w:rsidR="00F365D2" w:rsidRPr="00304C11" w:rsidRDefault="009F114F">
      <w:pPr>
        <w:pStyle w:val="Overskrift1"/>
        <w:rPr>
          <w:rFonts w:ascii="Times New Roman" w:hAnsi="Times New Roman" w:cs="Times New Roman"/>
          <w:lang w:val="da-DK"/>
        </w:rPr>
      </w:pPr>
      <w:bookmarkStart w:id="0" w:name="_Toc238051914"/>
      <w:r w:rsidRPr="00304C11">
        <w:rPr>
          <w:rFonts w:ascii="Times New Roman" w:hAnsi="Times New Roman" w:cs="Times New Roman"/>
          <w:lang w:val="da-DK"/>
        </w:rPr>
        <w:t>1. Aftalegrundlag</w:t>
      </w:r>
      <w:bookmarkEnd w:id="0"/>
    </w:p>
    <w:p w14:paraId="641F9BE8" w14:textId="272030F1"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Aftalen mellem Hollywood </w:t>
      </w:r>
      <w:proofErr w:type="spellStart"/>
      <w:r w:rsidR="00D5468C">
        <w:rPr>
          <w:rFonts w:ascii="Times New Roman" w:hAnsi="Times New Roman" w:cs="Times New Roman"/>
          <w:lang w:val="da-DK"/>
        </w:rPr>
        <w:t>Fliserens</w:t>
      </w:r>
      <w:proofErr w:type="spellEnd"/>
      <w:r w:rsidRPr="00304C11">
        <w:rPr>
          <w:rFonts w:ascii="Times New Roman" w:hAnsi="Times New Roman" w:cs="Times New Roman"/>
          <w:lang w:val="da-DK"/>
        </w:rPr>
        <w:t xml:space="preserve"> ApS og kunden består af:</w:t>
      </w:r>
    </w:p>
    <w:p w14:paraId="2BAD0EFD" w14:textId="77777777" w:rsidR="00F365D2" w:rsidRPr="00304C11" w:rsidRDefault="009F114F">
      <w:pPr>
        <w:pStyle w:val="Opstilling-punkttegn"/>
        <w:rPr>
          <w:rFonts w:ascii="Times New Roman" w:hAnsi="Times New Roman" w:cs="Times New Roman"/>
          <w:lang w:val="da-DK"/>
        </w:rPr>
      </w:pPr>
      <w:r w:rsidRPr="00304C11">
        <w:rPr>
          <w:rFonts w:ascii="Times New Roman" w:hAnsi="Times New Roman" w:cs="Times New Roman"/>
          <w:lang w:val="da-DK"/>
        </w:rPr>
        <w:t>Det accepterede tilbud eller ordrebekræftelsen.</w:t>
      </w:r>
    </w:p>
    <w:p w14:paraId="2924D57B" w14:textId="77777777" w:rsidR="00F365D2" w:rsidRPr="00304C11" w:rsidRDefault="009F114F">
      <w:pPr>
        <w:pStyle w:val="Opstilling-punkttegn"/>
        <w:rPr>
          <w:rFonts w:ascii="Times New Roman" w:hAnsi="Times New Roman" w:cs="Times New Roman"/>
          <w:lang w:val="da-DK"/>
        </w:rPr>
      </w:pPr>
      <w:r w:rsidRPr="00304C11">
        <w:rPr>
          <w:rFonts w:ascii="Times New Roman" w:hAnsi="Times New Roman" w:cs="Times New Roman"/>
          <w:lang w:val="da-DK"/>
        </w:rPr>
        <w:t>Eventuelle efterfølgende skriftlige ændringer og tillæg.</w:t>
      </w:r>
    </w:p>
    <w:p w14:paraId="051E93CC" w14:textId="77777777" w:rsidR="00F365D2" w:rsidRPr="00304C11" w:rsidRDefault="009F114F">
      <w:pPr>
        <w:pStyle w:val="Opstilling-punkttegn"/>
        <w:rPr>
          <w:rFonts w:ascii="Times New Roman" w:hAnsi="Times New Roman" w:cs="Times New Roman"/>
        </w:rPr>
      </w:pPr>
      <w:r w:rsidRPr="00304C11">
        <w:rPr>
          <w:rFonts w:ascii="Times New Roman" w:hAnsi="Times New Roman" w:cs="Times New Roman"/>
        </w:rPr>
        <w:t xml:space="preserve">Disse </w:t>
      </w:r>
      <w:proofErr w:type="spellStart"/>
      <w:r w:rsidRPr="00304C11">
        <w:rPr>
          <w:rFonts w:ascii="Times New Roman" w:hAnsi="Times New Roman" w:cs="Times New Roman"/>
        </w:rPr>
        <w:t>handelsbetingelser</w:t>
      </w:r>
      <w:proofErr w:type="spellEnd"/>
      <w:r w:rsidRPr="00304C11">
        <w:rPr>
          <w:rFonts w:ascii="Times New Roman" w:hAnsi="Times New Roman" w:cs="Times New Roman"/>
        </w:rPr>
        <w:t>.</w:t>
      </w:r>
    </w:p>
    <w:p w14:paraId="0118B0DC" w14:textId="77777777" w:rsidR="00F365D2" w:rsidRPr="00304C11" w:rsidRDefault="009F114F">
      <w:pPr>
        <w:pStyle w:val="Opstilling-punkttegn"/>
        <w:rPr>
          <w:rFonts w:ascii="Times New Roman" w:hAnsi="Times New Roman" w:cs="Times New Roman"/>
          <w:lang w:val="da-DK"/>
        </w:rPr>
      </w:pPr>
      <w:r w:rsidRPr="00304C11">
        <w:rPr>
          <w:rFonts w:ascii="Times New Roman" w:hAnsi="Times New Roman" w:cs="Times New Roman"/>
          <w:lang w:val="da-DK"/>
        </w:rPr>
        <w:t>Eventuelle øvrige dokumenter, der udtrykkeligt er gjort til en del af aftalen.</w:t>
      </w:r>
    </w:p>
    <w:p w14:paraId="2B45A0CB"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Særlige vilkår i det konkrete tilbud går forud for disse handelsbetingelser.</w:t>
      </w:r>
    </w:p>
    <w:p w14:paraId="2936606B"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Mundtlige aftaler om væsentlige ændringer bør efterfølgende bekræftes skriftligt via </w:t>
      </w:r>
      <w:proofErr w:type="gramStart"/>
      <w:r w:rsidRPr="00304C11">
        <w:rPr>
          <w:rFonts w:ascii="Times New Roman" w:hAnsi="Times New Roman" w:cs="Times New Roman"/>
          <w:lang w:val="da-DK"/>
        </w:rPr>
        <w:t>eksempelvis</w:t>
      </w:r>
      <w:proofErr w:type="gramEnd"/>
      <w:r w:rsidRPr="00304C11">
        <w:rPr>
          <w:rFonts w:ascii="Times New Roman" w:hAnsi="Times New Roman" w:cs="Times New Roman"/>
          <w:lang w:val="da-DK"/>
        </w:rPr>
        <w:t xml:space="preserve"> SMS eller e-mail.</w:t>
      </w:r>
    </w:p>
    <w:p w14:paraId="261DB197" w14:textId="77777777" w:rsidR="00F365D2" w:rsidRPr="00304C11" w:rsidRDefault="009F114F">
      <w:pPr>
        <w:pStyle w:val="Overskrift1"/>
        <w:rPr>
          <w:rFonts w:ascii="Times New Roman" w:hAnsi="Times New Roman" w:cs="Times New Roman"/>
          <w:lang w:val="da-DK"/>
        </w:rPr>
      </w:pPr>
      <w:bookmarkStart w:id="1" w:name="_Toc238051915"/>
      <w:r w:rsidRPr="00304C11">
        <w:rPr>
          <w:rFonts w:ascii="Times New Roman" w:hAnsi="Times New Roman" w:cs="Times New Roman"/>
          <w:lang w:val="da-DK"/>
        </w:rPr>
        <w:t>2. Tilbud og gyldighed</w:t>
      </w:r>
      <w:bookmarkEnd w:id="1"/>
    </w:p>
    <w:p w14:paraId="5C32BF57" w14:textId="0D34CFED"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Tilbud afgives på baggrund af de oplysninger og forhold, Hollywood </w:t>
      </w:r>
      <w:proofErr w:type="spellStart"/>
      <w:r w:rsidR="00D5468C">
        <w:rPr>
          <w:rFonts w:ascii="Times New Roman" w:hAnsi="Times New Roman" w:cs="Times New Roman"/>
          <w:lang w:val="da-DK"/>
        </w:rPr>
        <w:t>Fliserens</w:t>
      </w:r>
      <w:proofErr w:type="spellEnd"/>
      <w:r w:rsidRPr="00304C11">
        <w:rPr>
          <w:rFonts w:ascii="Times New Roman" w:hAnsi="Times New Roman" w:cs="Times New Roman"/>
          <w:lang w:val="da-DK"/>
        </w:rPr>
        <w:t xml:space="preserve"> ApS har haft mulighed for at vurdere på tidspunktet for tilbudsgivningen.</w:t>
      </w:r>
    </w:p>
    <w:p w14:paraId="21E347C2" w14:textId="2F977BA4" w:rsidR="00F365D2" w:rsidRPr="00304C11" w:rsidRDefault="009F114F">
      <w:pPr>
        <w:rPr>
          <w:rFonts w:ascii="Times New Roman" w:hAnsi="Times New Roman" w:cs="Times New Roman"/>
          <w:lang w:val="da-DK"/>
        </w:rPr>
      </w:pPr>
      <w:r w:rsidRPr="00304C11">
        <w:rPr>
          <w:rFonts w:ascii="Times New Roman" w:hAnsi="Times New Roman" w:cs="Times New Roman"/>
          <w:lang w:val="da-DK"/>
        </w:rPr>
        <w:t>Tilbuddet omfatter alene de</w:t>
      </w:r>
      <w:r w:rsidR="00304C11">
        <w:rPr>
          <w:rFonts w:ascii="Times New Roman" w:hAnsi="Times New Roman" w:cs="Times New Roman"/>
          <w:lang w:val="da-DK"/>
        </w:rPr>
        <w:t>/det</w:t>
      </w:r>
      <w:r w:rsidRPr="00304C11">
        <w:rPr>
          <w:rFonts w:ascii="Times New Roman" w:hAnsi="Times New Roman" w:cs="Times New Roman"/>
          <w:lang w:val="da-DK"/>
        </w:rPr>
        <w:t xml:space="preserve"> arbejder, materialer og leverancer, der udtrykkeligt er beskrevet i tilbuddet.</w:t>
      </w:r>
    </w:p>
    <w:p w14:paraId="2744A2DD"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Et tilbud er gældende i 14 dage fra tilbudsdatoen, medmindre andet fremgår af tilbuddet.</w:t>
      </w:r>
    </w:p>
    <w:p w14:paraId="0F28B368" w14:textId="4376D346"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Efter udløbet af tilbudsperioden kan Hollywood </w:t>
      </w:r>
      <w:proofErr w:type="spellStart"/>
      <w:r w:rsidR="000B7C12">
        <w:rPr>
          <w:rFonts w:ascii="Times New Roman" w:hAnsi="Times New Roman" w:cs="Times New Roman"/>
          <w:lang w:val="da-DK"/>
        </w:rPr>
        <w:t>Fliserens</w:t>
      </w:r>
      <w:proofErr w:type="spellEnd"/>
      <w:r w:rsidRPr="00304C11">
        <w:rPr>
          <w:rFonts w:ascii="Times New Roman" w:hAnsi="Times New Roman" w:cs="Times New Roman"/>
          <w:lang w:val="da-DK"/>
        </w:rPr>
        <w:t xml:space="preserve"> ApS vælge at fastholde tilbuddet eller fremsende et nyt tilbud.</w:t>
      </w:r>
    </w:p>
    <w:p w14:paraId="27775C53" w14:textId="77777777" w:rsidR="00F365D2" w:rsidRPr="00304C11" w:rsidRDefault="009F114F">
      <w:pPr>
        <w:pStyle w:val="Overskrift1"/>
        <w:rPr>
          <w:rFonts w:ascii="Times New Roman" w:hAnsi="Times New Roman" w:cs="Times New Roman"/>
          <w:lang w:val="da-DK"/>
        </w:rPr>
      </w:pPr>
      <w:bookmarkStart w:id="2" w:name="_Toc238051916"/>
      <w:r w:rsidRPr="00304C11">
        <w:rPr>
          <w:rFonts w:ascii="Times New Roman" w:hAnsi="Times New Roman" w:cs="Times New Roman"/>
          <w:lang w:val="da-DK"/>
        </w:rPr>
        <w:t>3. Prisforbehold og prisændringer</w:t>
      </w:r>
      <w:bookmarkEnd w:id="2"/>
    </w:p>
    <w:p w14:paraId="291D90D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Tilbud afgives på baggrund af de materialepriser, leverandørpriser, afgifter, transportomkostninger og øvrige omkostninger, der er kendte på tilbudstidspunktet.</w:t>
      </w:r>
    </w:p>
    <w:p w14:paraId="6E49E317" w14:textId="6968C794"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arbejdets opstart efter aftale med kunden ligger mere end 90 dage efter tilbudsdatoen, forbeholder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sig ret til inden opstart at genberegne tilbuddet ved dokumenterede, væsentlige prisstigninger på materialer, transport, offentlige afgifter eller andre nødvendige leverancer.</w:t>
      </w:r>
    </w:p>
    <w:p w14:paraId="2399CD89"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Det samme gælder, hvis opstarten efter aftalens indgåelse udskydes væsentligt på grund af forhold, som kunden er ansvarlig for.</w:t>
      </w:r>
    </w:p>
    <w:p w14:paraId="5E6ED510"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Kunden orienteres om en eventuel prisændring, inden det berørte arbejde eller materiale bestilles eller udføres.</w:t>
      </w:r>
    </w:p>
    <w:p w14:paraId="5CF0ADEA"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Forbeholdet gælder kun i det omfang, det er gyldigt efter den konkrete aftale og gældende lovgivning.</w:t>
      </w:r>
    </w:p>
    <w:p w14:paraId="184CC174" w14:textId="77777777" w:rsidR="00F365D2" w:rsidRPr="00304C11" w:rsidRDefault="009F114F">
      <w:pPr>
        <w:pStyle w:val="Overskrift1"/>
        <w:rPr>
          <w:rFonts w:ascii="Times New Roman" w:hAnsi="Times New Roman" w:cs="Times New Roman"/>
          <w:lang w:val="da-DK"/>
        </w:rPr>
      </w:pPr>
      <w:bookmarkStart w:id="3" w:name="_Toc238051917"/>
      <w:r w:rsidRPr="00304C11">
        <w:rPr>
          <w:rFonts w:ascii="Times New Roman" w:hAnsi="Times New Roman" w:cs="Times New Roman"/>
          <w:lang w:val="da-DK"/>
        </w:rPr>
        <w:lastRenderedPageBreak/>
        <w:t>4. Leveringstider</w:t>
      </w:r>
      <w:bookmarkEnd w:id="3"/>
    </w:p>
    <w:p w14:paraId="53A631A4" w14:textId="42478846"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Oplyste leveringstider på materialer er baseret på de oplysninger,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modtager fra sine leverandører.</w:t>
      </w:r>
    </w:p>
    <w:p w14:paraId="29CB4AC1" w14:textId="38C3261F"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kan derfor ikke garantere leveringstider fra tredjemand, medmindre en bestemt leveringstid udtrykkeligt er garanteret skriftligt.</w:t>
      </w:r>
    </w:p>
    <w:p w14:paraId="76FF9059"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Forsinkelser hos producenter, leverandører eller transportører kan medføre, at opstart eller færdiggørelse må flyttes.</w:t>
      </w:r>
    </w:p>
    <w:p w14:paraId="4551960D"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Kunden orienteres hurtigst muligt ved væsentlige ændringer.</w:t>
      </w:r>
    </w:p>
    <w:p w14:paraId="65F643F7" w14:textId="77777777" w:rsidR="00F365D2" w:rsidRPr="00304C11" w:rsidRDefault="009F114F">
      <w:pPr>
        <w:pStyle w:val="Overskrift1"/>
        <w:rPr>
          <w:rFonts w:ascii="Times New Roman" w:hAnsi="Times New Roman" w:cs="Times New Roman"/>
          <w:lang w:val="da-DK"/>
        </w:rPr>
      </w:pPr>
      <w:bookmarkStart w:id="4" w:name="_Toc238051918"/>
      <w:r w:rsidRPr="00304C11">
        <w:rPr>
          <w:rFonts w:ascii="Times New Roman" w:hAnsi="Times New Roman" w:cs="Times New Roman"/>
          <w:lang w:val="da-DK"/>
        </w:rPr>
        <w:t>5. Fast pris, overslag og arbejde efter regning</w:t>
      </w:r>
      <w:bookmarkEnd w:id="4"/>
    </w:p>
    <w:p w14:paraId="339A535E"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tilbuddet angiver en fast pris, gælder denne for det arbejde og de leverancer, der er beskrevet i tilbuddet, med de forudsætninger og forbehold der fremgår af aftalen.</w:t>
      </w:r>
    </w:p>
    <w:p w14:paraId="427D018F"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Ekstraarbejde, kundens ændringer og uforudsete forhold, som ikke er omfattet af tilbuddet, er ikke inkluderet i den faste pris.</w:t>
      </w:r>
    </w:p>
    <w:p w14:paraId="50B19E92" w14:textId="06FCF696"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prisen er angivet som et overslag, er der tale om en forventet pris og ikke en fast pris. Hvis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kan se, at den endelige pris vil afvige væsentligt fra overslaget, orienteres kunden.</w:t>
      </w:r>
    </w:p>
    <w:p w14:paraId="491D15CA"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Ved arbejde efter regning faktureres den faktisk anvendte arbejdstid samt materialer, kørsel, bortskaffelse og øvrige aftalte omkostninger.</w:t>
      </w:r>
    </w:p>
    <w:p w14:paraId="7BD9BC8C" w14:textId="77777777" w:rsidR="00F365D2" w:rsidRPr="00304C11" w:rsidRDefault="009F114F">
      <w:pPr>
        <w:pStyle w:val="Overskrift1"/>
        <w:rPr>
          <w:rFonts w:ascii="Times New Roman" w:hAnsi="Times New Roman" w:cs="Times New Roman"/>
          <w:lang w:val="da-DK"/>
        </w:rPr>
      </w:pPr>
      <w:bookmarkStart w:id="5" w:name="_Toc238051919"/>
      <w:r w:rsidRPr="00304C11">
        <w:rPr>
          <w:rFonts w:ascii="Times New Roman" w:hAnsi="Times New Roman" w:cs="Times New Roman"/>
          <w:lang w:val="da-DK"/>
        </w:rPr>
        <w:t>6. Priser og moms</w:t>
      </w:r>
      <w:bookmarkEnd w:id="5"/>
    </w:p>
    <w:p w14:paraId="6B2342B7"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Alle priser til private kunder oplyses inklusive moms, medmindre andet tydeligt fremgår.</w:t>
      </w:r>
    </w:p>
    <w:p w14:paraId="42C34A0F"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Priser til erhvervskunder kan oplyses eksklusive moms.</w:t>
      </w:r>
    </w:p>
    <w:p w14:paraId="58FD0AB9"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Eventuelle offentlige afgifter, som direkte vedrører bestemte materialer eller ydelser, kan reguleres, hvis dette er aftalt og lovligt.</w:t>
      </w:r>
    </w:p>
    <w:p w14:paraId="7E913CE9" w14:textId="77777777" w:rsidR="00F365D2" w:rsidRPr="00304C11" w:rsidRDefault="009F114F">
      <w:pPr>
        <w:pStyle w:val="Overskrift1"/>
        <w:rPr>
          <w:rFonts w:ascii="Times New Roman" w:hAnsi="Times New Roman" w:cs="Times New Roman"/>
          <w:lang w:val="da-DK"/>
        </w:rPr>
      </w:pPr>
      <w:bookmarkStart w:id="6" w:name="_Toc238051920"/>
      <w:r w:rsidRPr="00304C11">
        <w:rPr>
          <w:rFonts w:ascii="Times New Roman" w:hAnsi="Times New Roman" w:cs="Times New Roman"/>
          <w:lang w:val="da-DK"/>
        </w:rPr>
        <w:t>7. Betaling</w:t>
      </w:r>
      <w:bookmarkEnd w:id="6"/>
    </w:p>
    <w:p w14:paraId="24DAB17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Medmindre andet fremgår af tilbuddet, er betalingsfristen 8 dage fra fakturadato.</w:t>
      </w:r>
    </w:p>
    <w:p w14:paraId="74D67DE3" w14:textId="79F362F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Ved større eller materialetunge opgaver kan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aftale aconto- eller ratebetaling med kunden.</w:t>
      </w:r>
    </w:p>
    <w:p w14:paraId="63A869FE"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En sådan betalingsplan fremgår af tilbuddet eller anden skriftlig aftale.</w:t>
      </w:r>
    </w:p>
    <w:p w14:paraId="4EF73147"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Ved forsinket betaling kan der opkræves renter, rykkergebyrer og eventuelle inkassoomkostninger efter gældende regler.</w:t>
      </w:r>
    </w:p>
    <w:p w14:paraId="7C2A623B" w14:textId="77875CD3"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en aftalt rate ikke betales rettidigt, kan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efter skriftlig meddelelse suspendere det videre arbejde, hvis betingelserne herfor er opfyldt.</w:t>
      </w:r>
    </w:p>
    <w:p w14:paraId="010771CA" w14:textId="77777777" w:rsidR="00F365D2" w:rsidRPr="00304C11" w:rsidRDefault="009F114F">
      <w:pPr>
        <w:pStyle w:val="Overskrift1"/>
        <w:rPr>
          <w:rFonts w:ascii="Times New Roman" w:hAnsi="Times New Roman" w:cs="Times New Roman"/>
          <w:lang w:val="da-DK"/>
        </w:rPr>
      </w:pPr>
      <w:bookmarkStart w:id="7" w:name="_Toc238051921"/>
      <w:r w:rsidRPr="00304C11">
        <w:rPr>
          <w:rFonts w:ascii="Times New Roman" w:hAnsi="Times New Roman" w:cs="Times New Roman"/>
          <w:lang w:val="da-DK"/>
        </w:rPr>
        <w:t>8. Ændringer og ekstraarbejde</w:t>
      </w:r>
      <w:bookmarkEnd w:id="7"/>
    </w:p>
    <w:p w14:paraId="15A50BB5"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Tilbuddet omfatter kun det arbejde, der fremgår af tilbuddet.</w:t>
      </w:r>
    </w:p>
    <w:p w14:paraId="77BED081"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Ønsker kunden ændringer, tilvalg eller yderligere arbejde, betragtes dette som ekstraarbejde.</w:t>
      </w:r>
    </w:p>
    <w:p w14:paraId="6E51E19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Ekstraarbejde skal så vidt muligt aftales skriftligt via </w:t>
      </w:r>
      <w:proofErr w:type="gramStart"/>
      <w:r w:rsidRPr="00304C11">
        <w:rPr>
          <w:rFonts w:ascii="Times New Roman" w:hAnsi="Times New Roman" w:cs="Times New Roman"/>
          <w:lang w:val="da-DK"/>
        </w:rPr>
        <w:t>eksempelvis</w:t>
      </w:r>
      <w:proofErr w:type="gramEnd"/>
      <w:r w:rsidRPr="00304C11">
        <w:rPr>
          <w:rFonts w:ascii="Times New Roman" w:hAnsi="Times New Roman" w:cs="Times New Roman"/>
          <w:lang w:val="da-DK"/>
        </w:rPr>
        <w:t xml:space="preserve"> SMS eller e-mail.</w:t>
      </w:r>
    </w:p>
    <w:p w14:paraId="5647E4F9" w14:textId="059A2A4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der ikke aftales en fast pris for ekstraarbejdet, udføres det efter regning til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gældende priser.</w:t>
      </w:r>
    </w:p>
    <w:p w14:paraId="1F280830"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lastRenderedPageBreak/>
        <w:t>Ændringer kan påvirke både den samlede pris og tidsplan.</w:t>
      </w:r>
    </w:p>
    <w:p w14:paraId="5DCEEA35" w14:textId="77777777" w:rsidR="00F365D2" w:rsidRPr="00304C11" w:rsidRDefault="009F114F">
      <w:pPr>
        <w:pStyle w:val="Overskrift1"/>
        <w:rPr>
          <w:rFonts w:ascii="Times New Roman" w:hAnsi="Times New Roman" w:cs="Times New Roman"/>
          <w:lang w:val="da-DK"/>
        </w:rPr>
      </w:pPr>
      <w:bookmarkStart w:id="8" w:name="_Toc238051922"/>
      <w:r w:rsidRPr="00304C11">
        <w:rPr>
          <w:rFonts w:ascii="Times New Roman" w:hAnsi="Times New Roman" w:cs="Times New Roman"/>
          <w:lang w:val="da-DK"/>
        </w:rPr>
        <w:t>9. Skjulte og uforudsete forhold</w:t>
      </w:r>
      <w:bookmarkEnd w:id="8"/>
    </w:p>
    <w:p w14:paraId="65FBEC1C"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Tilbuddet er baseret på synlige og kendte forhold på tidspunktet for tilbudsgivningen.</w:t>
      </w:r>
    </w:p>
    <w:p w14:paraId="0C9DEDDA" w14:textId="778E51F7"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tager forbehold for skjulte eller uforudsete forhold, som ikke med rimelighed kunne konstateres inden arbejdets opstart.</w:t>
      </w:r>
    </w:p>
    <w:p w14:paraId="21BA8B7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Det kan blandt andet være råd og svamp, fugtskader, skjulte installationer, rør og kabler, konstruktionsfejl, sætningsskader, beskadiget underlag, tidligere fejlbehæftede reparationer samt skjulte skader på tag, facade eller træværk.</w:t>
      </w:r>
    </w:p>
    <w:p w14:paraId="0C84B105"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sådanne forhold konstateres, kan arbejdet standses midlertidigt, indtil kunden er orienteret.</w:t>
      </w:r>
    </w:p>
    <w:p w14:paraId="5987B20E"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Nødvendigt ekstraarbejde, som ikke var indeholdt i det oprindelige tilbud, aftales og faktureres særskilt.</w:t>
      </w:r>
    </w:p>
    <w:p w14:paraId="45C6A77D" w14:textId="77777777" w:rsidR="00F365D2" w:rsidRPr="00304C11" w:rsidRDefault="009F114F">
      <w:pPr>
        <w:pStyle w:val="Overskrift1"/>
        <w:rPr>
          <w:rFonts w:ascii="Times New Roman" w:hAnsi="Times New Roman" w:cs="Times New Roman"/>
          <w:lang w:val="da-DK"/>
        </w:rPr>
      </w:pPr>
      <w:bookmarkStart w:id="9" w:name="_Toc238051923"/>
      <w:r w:rsidRPr="00304C11">
        <w:rPr>
          <w:rFonts w:ascii="Times New Roman" w:hAnsi="Times New Roman" w:cs="Times New Roman"/>
          <w:lang w:val="da-DK"/>
        </w:rPr>
        <w:t>10. Kundens oplysningspligt</w:t>
      </w:r>
      <w:bookmarkEnd w:id="9"/>
    </w:p>
    <w:p w14:paraId="71144F88" w14:textId="4991A466"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Kunden skal inden arbejdet oplyse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om kendte forhold, der kan have betydning for opgaven.</w:t>
      </w:r>
    </w:p>
    <w:p w14:paraId="333C0E8A"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Det gælder blandt andet kendte fugtskader, skjulte installationer, tidligere skader, særlige konstruktioner samt andre forhold, som virksomheden ikke med rimelighed kan forventes at kende.</w:t>
      </w:r>
    </w:p>
    <w:p w14:paraId="2206A0F9" w14:textId="487C4E5F"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ikke ansvarlig for skader eller ekstraomkostninger, der skyldes relevante forhold, som kunden kendte til, men undlod at oplyse om, i det omfang virksomheden ikke selv burde have konstateret forholdet.</w:t>
      </w:r>
    </w:p>
    <w:p w14:paraId="735A25F4" w14:textId="77777777" w:rsidR="00F365D2" w:rsidRPr="00304C11" w:rsidRDefault="009F114F">
      <w:pPr>
        <w:pStyle w:val="Overskrift1"/>
        <w:rPr>
          <w:rFonts w:ascii="Times New Roman" w:hAnsi="Times New Roman" w:cs="Times New Roman"/>
          <w:lang w:val="da-DK"/>
        </w:rPr>
      </w:pPr>
      <w:bookmarkStart w:id="10" w:name="_Toc238051924"/>
      <w:r w:rsidRPr="00304C11">
        <w:rPr>
          <w:rFonts w:ascii="Times New Roman" w:hAnsi="Times New Roman" w:cs="Times New Roman"/>
          <w:lang w:val="da-DK"/>
        </w:rPr>
        <w:t>11. Kundens medvirken og arbejdsområdet</w:t>
      </w:r>
      <w:bookmarkEnd w:id="10"/>
    </w:p>
    <w:p w14:paraId="646EF601"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Kunden skal sørge for, at arbejdsområdet er tilgængeligt og i nødvendigt omfang ryddet, når arbejdet skal påbegyndes.</w:t>
      </w:r>
    </w:p>
    <w:p w14:paraId="0FE061A7"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Møbler, køretøjer, grill, krukker, planter, pynt og andre løse genstande skal fjernes, hvis de kan hindre arbejdet eller risikerer at blive beskadiget.</w:t>
      </w:r>
    </w:p>
    <w:p w14:paraId="2E0EFC9D" w14:textId="584262F0"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arbejdsområdet ikke er klar som aftalt, kan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udsætte arbejdet og fakturere rimelige ekstraomkostninger til </w:t>
      </w:r>
      <w:proofErr w:type="gramStart"/>
      <w:r w:rsidRPr="00304C11">
        <w:rPr>
          <w:rFonts w:ascii="Times New Roman" w:hAnsi="Times New Roman" w:cs="Times New Roman"/>
          <w:lang w:val="da-DK"/>
        </w:rPr>
        <w:t>eksempelvis</w:t>
      </w:r>
      <w:proofErr w:type="gramEnd"/>
      <w:r w:rsidRPr="00304C11">
        <w:rPr>
          <w:rFonts w:ascii="Times New Roman" w:hAnsi="Times New Roman" w:cs="Times New Roman"/>
          <w:lang w:val="da-DK"/>
        </w:rPr>
        <w:t xml:space="preserve"> ventetid, ekstra kørsel eller ekstraarbejde.</w:t>
      </w:r>
    </w:p>
    <w:p w14:paraId="0FFDEEAD" w14:textId="77777777" w:rsidR="00F365D2" w:rsidRPr="00304C11" w:rsidRDefault="009F114F">
      <w:pPr>
        <w:pStyle w:val="Overskrift1"/>
        <w:rPr>
          <w:rFonts w:ascii="Times New Roman" w:hAnsi="Times New Roman" w:cs="Times New Roman"/>
          <w:lang w:val="da-DK"/>
        </w:rPr>
      </w:pPr>
      <w:bookmarkStart w:id="11" w:name="_Toc238051925"/>
      <w:r w:rsidRPr="00304C11">
        <w:rPr>
          <w:rFonts w:ascii="Times New Roman" w:hAnsi="Times New Roman" w:cs="Times New Roman"/>
          <w:lang w:val="da-DK"/>
        </w:rPr>
        <w:t>12. Adgang til ejendommen</w:t>
      </w:r>
      <w:bookmarkEnd w:id="11"/>
    </w:p>
    <w:p w14:paraId="1BBA1BF2" w14:textId="299322D6"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Kunden skal sikre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adgang til ejendommen og arbejdsområdet på de aftalte tidspunkter.</w:t>
      </w:r>
    </w:p>
    <w:p w14:paraId="4DCED620"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Forgæves fremmøde, ventetid eller ekstra kørsel, der skyldes manglende adgang, kan faktureres særskilt.</w:t>
      </w:r>
    </w:p>
    <w:p w14:paraId="12F960D8" w14:textId="77777777" w:rsidR="00F365D2" w:rsidRPr="00304C11" w:rsidRDefault="009F114F">
      <w:pPr>
        <w:pStyle w:val="Overskrift1"/>
        <w:rPr>
          <w:rFonts w:ascii="Times New Roman" w:hAnsi="Times New Roman" w:cs="Times New Roman"/>
          <w:lang w:val="da-DK"/>
        </w:rPr>
      </w:pPr>
      <w:bookmarkStart w:id="12" w:name="_Toc238051926"/>
      <w:r w:rsidRPr="00304C11">
        <w:rPr>
          <w:rFonts w:ascii="Times New Roman" w:hAnsi="Times New Roman" w:cs="Times New Roman"/>
          <w:lang w:val="da-DK"/>
        </w:rPr>
        <w:t>13. Vand og strøm</w:t>
      </w:r>
      <w:bookmarkEnd w:id="12"/>
    </w:p>
    <w:p w14:paraId="0405026F" w14:textId="0E5C4CA3"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Ved rense- og serviceopgaver skal kunden stille almindelig adgang til fungerende vand- og strømforsyning til rådighed uden beregning, </w:t>
      </w:r>
      <w:r w:rsidR="003F06DB">
        <w:rPr>
          <w:rFonts w:ascii="Times New Roman" w:hAnsi="Times New Roman" w:cs="Times New Roman"/>
          <w:lang w:val="da-DK"/>
        </w:rPr>
        <w:t>hvis</w:t>
      </w:r>
      <w:r w:rsidRPr="00304C11">
        <w:rPr>
          <w:rFonts w:ascii="Times New Roman" w:hAnsi="Times New Roman" w:cs="Times New Roman"/>
          <w:lang w:val="da-DK"/>
        </w:rPr>
        <w:t xml:space="preserve"> dette er nødvendigt for arbejdets udførelse, medmindre andet er aftalt.</w:t>
      </w:r>
    </w:p>
    <w:p w14:paraId="4F3B0622"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Manglende adgang til nødvendigt vand eller strøm kan medføre udsættelse og ekstraomkostninger.</w:t>
      </w:r>
    </w:p>
    <w:p w14:paraId="26672DD4" w14:textId="77777777" w:rsidR="00F365D2" w:rsidRPr="00304C11" w:rsidRDefault="009F114F">
      <w:pPr>
        <w:pStyle w:val="Overskrift1"/>
        <w:rPr>
          <w:rFonts w:ascii="Times New Roman" w:hAnsi="Times New Roman" w:cs="Times New Roman"/>
          <w:lang w:val="da-DK"/>
        </w:rPr>
      </w:pPr>
      <w:bookmarkStart w:id="13" w:name="_Toc238051927"/>
      <w:r w:rsidRPr="00304C11">
        <w:rPr>
          <w:rFonts w:ascii="Times New Roman" w:hAnsi="Times New Roman" w:cs="Times New Roman"/>
          <w:lang w:val="da-DK"/>
        </w:rPr>
        <w:lastRenderedPageBreak/>
        <w:t>14. Kundeleverede materialer</w:t>
      </w:r>
      <w:bookmarkEnd w:id="13"/>
    </w:p>
    <w:p w14:paraId="5F55F1EF"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kunden selv leverer materialer, er kunden ansvarlig for korrekt opmåling og bestilling, at materialerne er egnede til formålet, at den nødvendige mængde er til rådighed, at materialerne leveres rettidigt, og at materialerne er tilgængelige på arbejdsstedet.</w:t>
      </w:r>
    </w:p>
    <w:p w14:paraId="7F2F4872" w14:textId="42A3B41A"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ikke ansvarlig for fejl eller mangler ved arbejdet, som skyldes kvaliteten, egnetheden eller fejl ved kundens egne materialer, medmindre virksomheden burde have advaret kunden om et åbenbart problem.</w:t>
      </w:r>
    </w:p>
    <w:p w14:paraId="53FB2976"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kundeleverede materialer medfører ventetid, ekstra kørsel, ekstraarbejde eller omarbejdning, kan dette faktureres særskilt.</w:t>
      </w:r>
    </w:p>
    <w:p w14:paraId="65726B02" w14:textId="66697F66" w:rsidR="00F365D2" w:rsidRPr="00304C11" w:rsidRDefault="009F114F">
      <w:pPr>
        <w:pStyle w:val="Overskrift1"/>
        <w:rPr>
          <w:rFonts w:ascii="Times New Roman" w:hAnsi="Times New Roman" w:cs="Times New Roman"/>
          <w:lang w:val="da-DK"/>
        </w:rPr>
      </w:pPr>
      <w:bookmarkStart w:id="14" w:name="_Toc238051928"/>
      <w:r w:rsidRPr="00304C11">
        <w:rPr>
          <w:rFonts w:ascii="Times New Roman" w:hAnsi="Times New Roman" w:cs="Times New Roman"/>
          <w:lang w:val="da-DK"/>
        </w:rPr>
        <w:t xml:space="preserve">15. Materialer leveret af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w:t>
      </w:r>
      <w:bookmarkEnd w:id="14"/>
    </w:p>
    <w:p w14:paraId="71800F14" w14:textId="6D299DEC"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anvender de materialer og produkter, der er aftalt med kunden.</w:t>
      </w:r>
    </w:p>
    <w:p w14:paraId="58CF6CEC"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et aftalt produkt udgår, ikke kan leveres eller bliver væsentligt forsinket, orienteres kunden.</w:t>
      </w:r>
    </w:p>
    <w:p w14:paraId="289280EA"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Et alternativt materiale eller produkt aftales med kunden, hvis ændringen er væsentlig.</w:t>
      </w:r>
    </w:p>
    <w:p w14:paraId="1768490F"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Naturlige variationer i </w:t>
      </w:r>
      <w:proofErr w:type="gramStart"/>
      <w:r w:rsidRPr="00304C11">
        <w:rPr>
          <w:rFonts w:ascii="Times New Roman" w:hAnsi="Times New Roman" w:cs="Times New Roman"/>
          <w:lang w:val="da-DK"/>
        </w:rPr>
        <w:t>eksempelvis</w:t>
      </w:r>
      <w:proofErr w:type="gramEnd"/>
      <w:r w:rsidRPr="00304C11">
        <w:rPr>
          <w:rFonts w:ascii="Times New Roman" w:hAnsi="Times New Roman" w:cs="Times New Roman"/>
          <w:lang w:val="da-DK"/>
        </w:rPr>
        <w:t xml:space="preserve"> træ, sten og andre naturmaterialer kan forekomme og udgør ikke i sig selv en mangel.</w:t>
      </w:r>
    </w:p>
    <w:p w14:paraId="16C772D5" w14:textId="77777777" w:rsidR="00F365D2" w:rsidRPr="00304C11" w:rsidRDefault="009F114F">
      <w:pPr>
        <w:pStyle w:val="Overskrift1"/>
        <w:rPr>
          <w:rFonts w:ascii="Times New Roman" w:hAnsi="Times New Roman" w:cs="Times New Roman"/>
          <w:lang w:val="da-DK"/>
        </w:rPr>
      </w:pPr>
      <w:bookmarkStart w:id="15" w:name="_Toc238051929"/>
      <w:r w:rsidRPr="00304C11">
        <w:rPr>
          <w:rFonts w:ascii="Times New Roman" w:hAnsi="Times New Roman" w:cs="Times New Roman"/>
          <w:lang w:val="da-DK"/>
        </w:rPr>
        <w:t>16. Eksisterende konstruktioner</w:t>
      </w:r>
      <w:bookmarkEnd w:id="15"/>
    </w:p>
    <w:p w14:paraId="7C8D198F"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Ved arbejde på eksisterende bygninger, overflader og konstruktioner tages der forbehold for deres eksisterende tilstand.</w:t>
      </w:r>
    </w:p>
    <w:p w14:paraId="4C1A8E6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Eksisterende skævheder, sætningsskader, fugt, råd, revner, ujævnheder, løse materialer eller andre eksisterende forhold kan påvirke resultatet.</w:t>
      </w:r>
    </w:p>
    <w:p w14:paraId="31D56D84" w14:textId="3BC10FF4"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ikke ansvarlig for eksisterende fejl eller svagheder, som virksomheden ikke har forårsaget.</w:t>
      </w:r>
    </w:p>
    <w:p w14:paraId="63D73CF7"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der bygges videre på en eksisterende konstruktion, kan resultatet påvirkes af den eksisterende konstruktions mål, planhed og tilstand.</w:t>
      </w:r>
    </w:p>
    <w:p w14:paraId="534AABAB" w14:textId="77777777" w:rsidR="00F365D2" w:rsidRPr="00304C11" w:rsidRDefault="009F114F">
      <w:pPr>
        <w:pStyle w:val="Overskrift1"/>
        <w:rPr>
          <w:rFonts w:ascii="Times New Roman" w:hAnsi="Times New Roman" w:cs="Times New Roman"/>
          <w:lang w:val="da-DK"/>
        </w:rPr>
      </w:pPr>
      <w:bookmarkStart w:id="16" w:name="_Toc238051930"/>
      <w:r w:rsidRPr="00304C11">
        <w:rPr>
          <w:rFonts w:ascii="Times New Roman" w:hAnsi="Times New Roman" w:cs="Times New Roman"/>
          <w:lang w:val="da-DK"/>
        </w:rPr>
        <w:t>17. Tømrer- og montagearbejde</w:t>
      </w:r>
      <w:bookmarkEnd w:id="16"/>
    </w:p>
    <w:p w14:paraId="72A89416"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Tømrer- og montagearbejde udføres håndværksmæssigt forsvarligt og efter den konkrete aftale.</w:t>
      </w:r>
    </w:p>
    <w:p w14:paraId="48460F72"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Ved arbejde i eksisterende bygninger kan skævheder og ujævnheder nødvendiggøre tilpasninger.</w:t>
      </w:r>
    </w:p>
    <w:p w14:paraId="42CB613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Mindre variationer i samlinger, fuger, struktur, farve og finish kan forekomme, når dette ligger inden for, hvad der må forventes af den konkrete konstruktion og materialetype.</w:t>
      </w:r>
    </w:p>
    <w:p w14:paraId="0F5CEB19" w14:textId="05F4BC78"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Arbejde som malerarbejde, </w:t>
      </w:r>
      <w:proofErr w:type="spellStart"/>
      <w:r w:rsidRPr="00304C11">
        <w:rPr>
          <w:rFonts w:ascii="Times New Roman" w:hAnsi="Times New Roman" w:cs="Times New Roman"/>
          <w:lang w:val="da-DK"/>
        </w:rPr>
        <w:t>elarbejde</w:t>
      </w:r>
      <w:proofErr w:type="spellEnd"/>
      <w:r w:rsidRPr="00304C11">
        <w:rPr>
          <w:rFonts w:ascii="Times New Roman" w:hAnsi="Times New Roman" w:cs="Times New Roman"/>
          <w:lang w:val="da-DK"/>
        </w:rPr>
        <w:t>, VVS, fugning, rengøring eller andre følgearbejder er kun inkluderet, hvis de fremgår af tilbuddet.</w:t>
      </w:r>
    </w:p>
    <w:p w14:paraId="7AB3E470" w14:textId="77777777" w:rsidR="00F365D2" w:rsidRPr="00304C11" w:rsidRDefault="009F114F">
      <w:pPr>
        <w:pStyle w:val="Overskrift1"/>
        <w:rPr>
          <w:rFonts w:ascii="Times New Roman" w:hAnsi="Times New Roman" w:cs="Times New Roman"/>
          <w:lang w:val="da-DK"/>
        </w:rPr>
      </w:pPr>
      <w:bookmarkStart w:id="17" w:name="_Toc238051931"/>
      <w:r w:rsidRPr="00304C11">
        <w:rPr>
          <w:rFonts w:ascii="Times New Roman" w:hAnsi="Times New Roman" w:cs="Times New Roman"/>
          <w:lang w:val="da-DK"/>
        </w:rPr>
        <w:t xml:space="preserve">18. </w:t>
      </w:r>
      <w:proofErr w:type="spellStart"/>
      <w:r w:rsidRPr="00304C11">
        <w:rPr>
          <w:rFonts w:ascii="Times New Roman" w:hAnsi="Times New Roman" w:cs="Times New Roman"/>
          <w:lang w:val="da-DK"/>
        </w:rPr>
        <w:t>Fliserens</w:t>
      </w:r>
      <w:proofErr w:type="spellEnd"/>
      <w:r w:rsidRPr="00304C11">
        <w:rPr>
          <w:rFonts w:ascii="Times New Roman" w:hAnsi="Times New Roman" w:cs="Times New Roman"/>
          <w:lang w:val="da-DK"/>
        </w:rPr>
        <w:t xml:space="preserve"> og belægningsrens</w:t>
      </w:r>
      <w:bookmarkEnd w:id="17"/>
    </w:p>
    <w:p w14:paraId="624F8C07"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Resultatet af rensning afhænger blandt andet af belægningens alder, materiale, porøsitet, tidligere behandling, tilsmudsning og eksisterende skader.</w:t>
      </w:r>
    </w:p>
    <w:p w14:paraId="20BBE5C0"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Alle pletter, misfarvninger, rust, olie, kalk eller andre mærker kan ikke nødvendigvis fjernes fuldstændigt.</w:t>
      </w:r>
    </w:p>
    <w:p w14:paraId="6369BE3B" w14:textId="71D8F2FF"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garanterer derfor ikke, at en eksisterende belægning efter rensning fremstår som ny.</w:t>
      </w:r>
    </w:p>
    <w:p w14:paraId="6AB3C236" w14:textId="77777777" w:rsidR="00F365D2" w:rsidRPr="00304C11" w:rsidRDefault="009F114F">
      <w:pPr>
        <w:pStyle w:val="Overskrift1"/>
        <w:rPr>
          <w:rFonts w:ascii="Times New Roman" w:hAnsi="Times New Roman" w:cs="Times New Roman"/>
          <w:lang w:val="da-DK"/>
        </w:rPr>
      </w:pPr>
      <w:bookmarkStart w:id="18" w:name="_Toc238051932"/>
      <w:r w:rsidRPr="00304C11">
        <w:rPr>
          <w:rFonts w:ascii="Times New Roman" w:hAnsi="Times New Roman" w:cs="Times New Roman"/>
          <w:lang w:val="da-DK"/>
        </w:rPr>
        <w:lastRenderedPageBreak/>
        <w:t>19. Løse og beskadigede fliser</w:t>
      </w:r>
      <w:bookmarkEnd w:id="18"/>
    </w:p>
    <w:p w14:paraId="0D2E7739"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Eksisterende løse, revnede, porøse eller beskadigede fliser samt svage fuger kan blive yderligere synlige eller løsne sig under rensning.</w:t>
      </w:r>
    </w:p>
    <w:p w14:paraId="4AA084DF" w14:textId="305EC5CA"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ikke ansvarlig for skader, der skyldes eksisterende svagheder ved belægningen og ikke virksomhedens uforsvarlige udførelse.</w:t>
      </w:r>
    </w:p>
    <w:p w14:paraId="0B163D93" w14:textId="77777777" w:rsidR="00F365D2" w:rsidRPr="00304C11" w:rsidRDefault="009F114F">
      <w:pPr>
        <w:pStyle w:val="Overskrift1"/>
        <w:rPr>
          <w:rFonts w:ascii="Times New Roman" w:hAnsi="Times New Roman" w:cs="Times New Roman"/>
          <w:lang w:val="da-DK"/>
        </w:rPr>
      </w:pPr>
      <w:bookmarkStart w:id="19" w:name="_Toc238051933"/>
      <w:r w:rsidRPr="00304C11">
        <w:rPr>
          <w:rFonts w:ascii="Times New Roman" w:hAnsi="Times New Roman" w:cs="Times New Roman"/>
          <w:lang w:val="da-DK"/>
        </w:rPr>
        <w:t>20. Imprægnering</w:t>
      </w:r>
      <w:bookmarkEnd w:id="19"/>
    </w:p>
    <w:p w14:paraId="6F44ECB8"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Imprægnering udføres på egnede overflader efter producentens anvisninger og virksomhedens faglige vurdering.</w:t>
      </w:r>
    </w:p>
    <w:p w14:paraId="423A3126"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Effekten afhænger blandt andet af underlagets materiale, alder, sugeevne, tidligere behandling og vejrpåvirkning.</w:t>
      </w:r>
    </w:p>
    <w:p w14:paraId="4D7C64A2"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Imprægnering gør ikke en overflade vedligeholdelsesfri og forhindrer ikke nødvendigvis fremtidig vækst, tilsmudsning eller misfarvning.</w:t>
      </w:r>
    </w:p>
    <w:p w14:paraId="382D6EEC" w14:textId="77777777" w:rsidR="00F365D2" w:rsidRPr="00304C11" w:rsidRDefault="009F114F">
      <w:pPr>
        <w:pStyle w:val="Overskrift1"/>
        <w:rPr>
          <w:rFonts w:ascii="Times New Roman" w:hAnsi="Times New Roman" w:cs="Times New Roman"/>
          <w:lang w:val="da-DK"/>
        </w:rPr>
      </w:pPr>
      <w:bookmarkStart w:id="20" w:name="_Toc238051934"/>
      <w:r w:rsidRPr="00304C11">
        <w:rPr>
          <w:rFonts w:ascii="Times New Roman" w:hAnsi="Times New Roman" w:cs="Times New Roman"/>
          <w:lang w:val="da-DK"/>
        </w:rPr>
        <w:t>21. Algebehandling</w:t>
      </w:r>
      <w:bookmarkEnd w:id="20"/>
    </w:p>
    <w:p w14:paraId="420525EE"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Effekten af algebehandling udvikler sig normalt over tid og afhænger blandt andet af vejr, temperatur, nedbør, overfladetype og graden af begroning.</w:t>
      </w:r>
    </w:p>
    <w:p w14:paraId="5A8CFF4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Alger og mos kan derfor fortsat være synlige umiddelbart efter behandlingen.</w:t>
      </w:r>
    </w:p>
    <w:p w14:paraId="4FA302CA" w14:textId="499895E4"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garanterer ikke en bestemt visuel effekt inden for en bestemt periode, medmindre dette er særskilt aftalt.</w:t>
      </w:r>
    </w:p>
    <w:p w14:paraId="3BAED939" w14:textId="77777777" w:rsidR="00F365D2" w:rsidRPr="00304C11" w:rsidRDefault="009F114F">
      <w:pPr>
        <w:pStyle w:val="Overskrift1"/>
        <w:rPr>
          <w:rFonts w:ascii="Times New Roman" w:hAnsi="Times New Roman" w:cs="Times New Roman"/>
          <w:lang w:val="da-DK"/>
        </w:rPr>
      </w:pPr>
      <w:bookmarkStart w:id="21" w:name="_Toc238051935"/>
      <w:r w:rsidRPr="00304C11">
        <w:rPr>
          <w:rFonts w:ascii="Times New Roman" w:hAnsi="Times New Roman" w:cs="Times New Roman"/>
          <w:lang w:val="da-DK"/>
        </w:rPr>
        <w:t xml:space="preserve">22. </w:t>
      </w:r>
      <w:proofErr w:type="spellStart"/>
      <w:r w:rsidRPr="00304C11">
        <w:rPr>
          <w:rFonts w:ascii="Times New Roman" w:hAnsi="Times New Roman" w:cs="Times New Roman"/>
          <w:lang w:val="da-DK"/>
        </w:rPr>
        <w:t>Tagrens</w:t>
      </w:r>
      <w:proofErr w:type="spellEnd"/>
      <w:r w:rsidRPr="00304C11">
        <w:rPr>
          <w:rFonts w:ascii="Times New Roman" w:hAnsi="Times New Roman" w:cs="Times New Roman"/>
          <w:lang w:val="da-DK"/>
        </w:rPr>
        <w:t xml:space="preserve"> og tagbehandling</w:t>
      </w:r>
      <w:bookmarkEnd w:id="21"/>
    </w:p>
    <w:p w14:paraId="3DD03161"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Tagets eksisterende alder og tilstand kan have væsentlig betydning for resultatet.</w:t>
      </w:r>
    </w:p>
    <w:p w14:paraId="77032FA0"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Eksisterende revner, porøsitet, løse tagsten, tidligere skader, utætheder og nedbrudte overflader kan blive synlige under eller efter arbejdet.</w:t>
      </w:r>
    </w:p>
    <w:p w14:paraId="504701B6" w14:textId="1255A3A1"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ikke ansvarlig for eksisterende fejl og skader, som virksomheden ikke har forårsaget.</w:t>
      </w:r>
    </w:p>
    <w:p w14:paraId="4F19953B"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taget efter virksomhedens faglige vurdering ikke kan behandles forsvarligt, kan arbejdet standses eller afvises.</w:t>
      </w:r>
    </w:p>
    <w:p w14:paraId="237EEAC7" w14:textId="77777777" w:rsidR="00F365D2" w:rsidRPr="00304C11" w:rsidRDefault="009F114F">
      <w:pPr>
        <w:pStyle w:val="Overskrift1"/>
        <w:rPr>
          <w:rFonts w:ascii="Times New Roman" w:hAnsi="Times New Roman" w:cs="Times New Roman"/>
          <w:lang w:val="da-DK"/>
        </w:rPr>
      </w:pPr>
      <w:bookmarkStart w:id="22" w:name="_Toc238051936"/>
      <w:r w:rsidRPr="00304C11">
        <w:rPr>
          <w:rFonts w:ascii="Times New Roman" w:hAnsi="Times New Roman" w:cs="Times New Roman"/>
          <w:lang w:val="da-DK"/>
        </w:rPr>
        <w:t>23. Træterrasser og træoverflader</w:t>
      </w:r>
      <w:bookmarkEnd w:id="22"/>
    </w:p>
    <w:p w14:paraId="57018ED0"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Træ er et naturmateriale og kan reagere forskelligt på rensning, slibning og behandling.</w:t>
      </w:r>
    </w:p>
    <w:p w14:paraId="71D0961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Efter arbejdet kan der forekomme rejste træfibre, farvevariationer, knaster, mindre revner, strukturvariationer og ujævnheder.</w:t>
      </w:r>
    </w:p>
    <w:p w14:paraId="6A1A7945"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Sådanne forhold udgør ikke i sig selv en mangel, når de skyldes træets naturlige egenskaber eller eksisterende tilstand.</w:t>
      </w:r>
    </w:p>
    <w:p w14:paraId="14AB3D96"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Slibning, oliebehandling eller anden efterbehandling er kun inkluderet, hvis det fremgår af tilbuddet.</w:t>
      </w:r>
    </w:p>
    <w:p w14:paraId="08665E17" w14:textId="77777777" w:rsidR="00F365D2" w:rsidRPr="00304C11" w:rsidRDefault="009F114F">
      <w:pPr>
        <w:pStyle w:val="Overskrift1"/>
        <w:rPr>
          <w:rFonts w:ascii="Times New Roman" w:hAnsi="Times New Roman" w:cs="Times New Roman"/>
          <w:lang w:val="da-DK"/>
        </w:rPr>
      </w:pPr>
      <w:bookmarkStart w:id="23" w:name="_Toc238051937"/>
      <w:r w:rsidRPr="00304C11">
        <w:rPr>
          <w:rFonts w:ascii="Times New Roman" w:hAnsi="Times New Roman" w:cs="Times New Roman"/>
          <w:lang w:val="da-DK"/>
        </w:rPr>
        <w:t>24. Facader og andre overflader</w:t>
      </w:r>
      <w:bookmarkEnd w:id="23"/>
    </w:p>
    <w:p w14:paraId="5A344D7A"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Ved </w:t>
      </w:r>
      <w:proofErr w:type="spellStart"/>
      <w:r w:rsidRPr="00304C11">
        <w:rPr>
          <w:rFonts w:ascii="Times New Roman" w:hAnsi="Times New Roman" w:cs="Times New Roman"/>
          <w:lang w:val="da-DK"/>
        </w:rPr>
        <w:t>facaderens</w:t>
      </w:r>
      <w:proofErr w:type="spellEnd"/>
      <w:r w:rsidRPr="00304C11">
        <w:rPr>
          <w:rFonts w:ascii="Times New Roman" w:hAnsi="Times New Roman" w:cs="Times New Roman"/>
          <w:lang w:val="da-DK"/>
        </w:rPr>
        <w:t xml:space="preserve"> og anden </w:t>
      </w:r>
      <w:proofErr w:type="spellStart"/>
      <w:r w:rsidRPr="00304C11">
        <w:rPr>
          <w:rFonts w:ascii="Times New Roman" w:hAnsi="Times New Roman" w:cs="Times New Roman"/>
          <w:lang w:val="da-DK"/>
        </w:rPr>
        <w:t>overfladerens</w:t>
      </w:r>
      <w:proofErr w:type="spellEnd"/>
      <w:r w:rsidRPr="00304C11">
        <w:rPr>
          <w:rFonts w:ascii="Times New Roman" w:hAnsi="Times New Roman" w:cs="Times New Roman"/>
          <w:lang w:val="da-DK"/>
        </w:rPr>
        <w:t xml:space="preserve"> kan eksisterende revner, løse fuger, afskalninger, reparationer og misfarvninger blive mere synlige.</w:t>
      </w:r>
    </w:p>
    <w:p w14:paraId="238D3935" w14:textId="2B0DF0AE"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vælger rensemetode ud fra en faglig vurdering af den konkrete overflade.</w:t>
      </w:r>
    </w:p>
    <w:p w14:paraId="7BD871B4" w14:textId="641874B5" w:rsidR="00F365D2" w:rsidRPr="00304C11" w:rsidRDefault="009F114F">
      <w:pPr>
        <w:rPr>
          <w:rFonts w:ascii="Times New Roman" w:hAnsi="Times New Roman" w:cs="Times New Roman"/>
          <w:lang w:val="da-DK"/>
        </w:rPr>
      </w:pPr>
      <w:r w:rsidRPr="00304C11">
        <w:rPr>
          <w:rFonts w:ascii="Times New Roman" w:hAnsi="Times New Roman" w:cs="Times New Roman"/>
          <w:lang w:val="da-DK"/>
        </w:rPr>
        <w:lastRenderedPageBreak/>
        <w:t xml:space="preserve">Eksisterende svagheder og skader er ikke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ansvar, medmindre virksomheden selv har forårsaget dem.</w:t>
      </w:r>
    </w:p>
    <w:p w14:paraId="398F0339" w14:textId="77777777" w:rsidR="00F365D2" w:rsidRPr="00304C11" w:rsidRDefault="009F114F">
      <w:pPr>
        <w:pStyle w:val="Overskrift1"/>
        <w:rPr>
          <w:rFonts w:ascii="Times New Roman" w:hAnsi="Times New Roman" w:cs="Times New Roman"/>
          <w:lang w:val="da-DK"/>
        </w:rPr>
      </w:pPr>
      <w:bookmarkStart w:id="24" w:name="_Toc238051938"/>
      <w:r w:rsidRPr="00304C11">
        <w:rPr>
          <w:rFonts w:ascii="Times New Roman" w:hAnsi="Times New Roman" w:cs="Times New Roman"/>
          <w:lang w:val="da-DK"/>
        </w:rPr>
        <w:t>25. Afdækning og omkringliggende områder</w:t>
      </w:r>
      <w:bookmarkEnd w:id="24"/>
    </w:p>
    <w:p w14:paraId="3E7B6CDC" w14:textId="1C2AB737"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foretager almindelig og rimelig afdækning, hvor dette er nødvendigt for den aftalte opgave.</w:t>
      </w:r>
    </w:p>
    <w:p w14:paraId="200C14E2"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Kunden skal fjerne eller sikre særligt værdifulde, sarte eller følsomme genstande i og omkring arbejdsområdet.</w:t>
      </w:r>
    </w:p>
    <w:p w14:paraId="0A89D73B"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Ved højtryksrensning og lignende arbejde kan vand, snavs og mindre partikler spredes til omkringliggende områder.</w:t>
      </w:r>
    </w:p>
    <w:p w14:paraId="65129D97" w14:textId="403DF27B"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Kunden skal gøre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opmærksom på særligt følsomme områder eller genstande inden arbejdet påbegyndes.</w:t>
      </w:r>
    </w:p>
    <w:p w14:paraId="16349BAD" w14:textId="77777777" w:rsidR="00F365D2" w:rsidRPr="00304C11" w:rsidRDefault="009F114F">
      <w:pPr>
        <w:pStyle w:val="Overskrift1"/>
        <w:rPr>
          <w:rFonts w:ascii="Times New Roman" w:hAnsi="Times New Roman" w:cs="Times New Roman"/>
          <w:lang w:val="da-DK"/>
        </w:rPr>
      </w:pPr>
      <w:bookmarkStart w:id="25" w:name="_Toc238051939"/>
      <w:r w:rsidRPr="00304C11">
        <w:rPr>
          <w:rFonts w:ascii="Times New Roman" w:hAnsi="Times New Roman" w:cs="Times New Roman"/>
          <w:lang w:val="da-DK"/>
        </w:rPr>
        <w:t>26. Vejrforhold</w:t>
      </w:r>
      <w:bookmarkEnd w:id="25"/>
    </w:p>
    <w:p w14:paraId="7B44EBF3"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Udendørs arbejde er afhængigt af egnede vejrforhold.</w:t>
      </w:r>
    </w:p>
    <w:p w14:paraId="1E1CBAA5" w14:textId="566F39D9"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kan udsætte arbejdet ved </w:t>
      </w:r>
      <w:proofErr w:type="gramStart"/>
      <w:r w:rsidR="009F114F" w:rsidRPr="00304C11">
        <w:rPr>
          <w:rFonts w:ascii="Times New Roman" w:hAnsi="Times New Roman" w:cs="Times New Roman"/>
          <w:lang w:val="da-DK"/>
        </w:rPr>
        <w:t>eksempelvis</w:t>
      </w:r>
      <w:proofErr w:type="gramEnd"/>
      <w:r w:rsidR="009F114F" w:rsidRPr="00304C11">
        <w:rPr>
          <w:rFonts w:ascii="Times New Roman" w:hAnsi="Times New Roman" w:cs="Times New Roman"/>
          <w:lang w:val="da-DK"/>
        </w:rPr>
        <w:t xml:space="preserve"> kraftig regn, frost, stærk vind, storm, ekstrem varme eller andre forhold, der gør arbejdet uforsvarligt eller kan forringe resultatet.</w:t>
      </w:r>
    </w:p>
    <w:p w14:paraId="4F311F09"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Vejrbetingede ændringer af arbejdsdagen betragtes ikke i sig selv som misligholdelse.</w:t>
      </w:r>
    </w:p>
    <w:p w14:paraId="2A8086F8"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Arbejdet genoptages, når forholdene igen gør det forsvarligt.</w:t>
      </w:r>
    </w:p>
    <w:p w14:paraId="1FC6A4BF" w14:textId="77777777" w:rsidR="00F365D2" w:rsidRPr="00304C11" w:rsidRDefault="009F114F">
      <w:pPr>
        <w:pStyle w:val="Overskrift1"/>
        <w:rPr>
          <w:rFonts w:ascii="Times New Roman" w:hAnsi="Times New Roman" w:cs="Times New Roman"/>
          <w:lang w:val="da-DK"/>
        </w:rPr>
      </w:pPr>
      <w:bookmarkStart w:id="26" w:name="_Toc238051940"/>
      <w:r w:rsidRPr="00304C11">
        <w:rPr>
          <w:rFonts w:ascii="Times New Roman" w:hAnsi="Times New Roman" w:cs="Times New Roman"/>
          <w:lang w:val="da-DK"/>
        </w:rPr>
        <w:t>27. Tidsplan og forsinkelse</w:t>
      </w:r>
      <w:bookmarkEnd w:id="26"/>
    </w:p>
    <w:p w14:paraId="22AB0642"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Oplyste opstarts- og færdiggørelsesdatoer er forventede datoer, medmindre en bestemt dato udtrykkeligt er aftalt som bindende.</w:t>
      </w:r>
    </w:p>
    <w:p w14:paraId="161BE7C6" w14:textId="39B36B80"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Tidsplanen kan ændres som følge af blandt andet vejrforhold, materialeforsinkelser, ekstraarbejde, skjulte forhold, kundens ændringer, manglende adgang, forsinkelser hos andre håndværkere, myndighedsforhold eller andre forhold uden for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rimelige kontrol.</w:t>
      </w:r>
    </w:p>
    <w:p w14:paraId="47974995"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Kunden orienteres ved væsentlige forsinkelser.</w:t>
      </w:r>
    </w:p>
    <w:p w14:paraId="11EEAAE1" w14:textId="77777777" w:rsidR="00F365D2" w:rsidRPr="00304C11" w:rsidRDefault="009F114F">
      <w:pPr>
        <w:pStyle w:val="Overskrift1"/>
        <w:rPr>
          <w:rFonts w:ascii="Times New Roman" w:hAnsi="Times New Roman" w:cs="Times New Roman"/>
          <w:lang w:val="da-DK"/>
        </w:rPr>
      </w:pPr>
      <w:bookmarkStart w:id="27" w:name="_Toc238051941"/>
      <w:r w:rsidRPr="00304C11">
        <w:rPr>
          <w:rFonts w:ascii="Times New Roman" w:hAnsi="Times New Roman" w:cs="Times New Roman"/>
          <w:lang w:val="da-DK"/>
        </w:rPr>
        <w:t>28. Afbestilling og aflysning</w:t>
      </w:r>
      <w:bookmarkEnd w:id="27"/>
    </w:p>
    <w:p w14:paraId="0C1E33BC"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Kunden skal meddele aflysning eller ændring af en aftalt arbejdsdag hurtigst muligt.</w:t>
      </w:r>
    </w:p>
    <w:p w14:paraId="7DB37D66" w14:textId="4DD69CC8"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kunden afbestiller hele eller dele af en allerede indgået aftale, kan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kræve betaling for det arbejde, der allerede er udført, samt virksomhedens dokumenterede økonomiske tab som følge af afbestillingen i det omfang, dette følger af gældende regler.</w:t>
      </w:r>
    </w:p>
    <w:p w14:paraId="69DEA48B"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Det kan blandt andet omfatte særligt indkøbte materialer, ikke-</w:t>
      </w:r>
      <w:proofErr w:type="spellStart"/>
      <w:r w:rsidRPr="00304C11">
        <w:rPr>
          <w:rFonts w:ascii="Times New Roman" w:hAnsi="Times New Roman" w:cs="Times New Roman"/>
          <w:lang w:val="da-DK"/>
        </w:rPr>
        <w:t>refunderbare</w:t>
      </w:r>
      <w:proofErr w:type="spellEnd"/>
      <w:r w:rsidRPr="00304C11">
        <w:rPr>
          <w:rFonts w:ascii="Times New Roman" w:hAnsi="Times New Roman" w:cs="Times New Roman"/>
          <w:lang w:val="da-DK"/>
        </w:rPr>
        <w:t xml:space="preserve"> leverancer, forgæves fremmøde og andre omkostninger, som virksomheden ikke med rimelighed kunne undgå.</w:t>
      </w:r>
    </w:p>
    <w:p w14:paraId="1D5B5751" w14:textId="77777777" w:rsidR="00F365D2" w:rsidRPr="00304C11" w:rsidRDefault="009F114F">
      <w:pPr>
        <w:pStyle w:val="Overskrift1"/>
        <w:rPr>
          <w:rFonts w:ascii="Times New Roman" w:hAnsi="Times New Roman" w:cs="Times New Roman"/>
          <w:lang w:val="da-DK"/>
        </w:rPr>
      </w:pPr>
      <w:bookmarkStart w:id="28" w:name="_Toc238051942"/>
      <w:r w:rsidRPr="00304C11">
        <w:rPr>
          <w:rFonts w:ascii="Times New Roman" w:hAnsi="Times New Roman" w:cs="Times New Roman"/>
          <w:lang w:val="da-DK"/>
        </w:rPr>
        <w:t>29. Oprydning og affald</w:t>
      </w:r>
      <w:bookmarkEnd w:id="28"/>
    </w:p>
    <w:p w14:paraId="54318AB4" w14:textId="45AF3505"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foretager almindelig oprydning efter eget arbejde.</w:t>
      </w:r>
    </w:p>
    <w:p w14:paraId="0BA2F1C9"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Bortskaffelse af byggeaffald, gamle materialer og øvrigt affald er kun inkluderet, hvis dette fremgår af tilbuddet.</w:t>
      </w:r>
    </w:p>
    <w:p w14:paraId="0522700F"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Finrengøring, vinduespudsning, hovedrengøring og lignende er ikke inkluderet, medmindre andet er aftalt.</w:t>
      </w:r>
    </w:p>
    <w:p w14:paraId="1531A03B" w14:textId="77777777" w:rsidR="00F365D2" w:rsidRPr="00304C11" w:rsidRDefault="009F114F">
      <w:pPr>
        <w:pStyle w:val="Overskrift1"/>
        <w:rPr>
          <w:rFonts w:ascii="Times New Roman" w:hAnsi="Times New Roman" w:cs="Times New Roman"/>
          <w:lang w:val="da-DK"/>
        </w:rPr>
      </w:pPr>
      <w:bookmarkStart w:id="29" w:name="_Toc238051943"/>
      <w:r w:rsidRPr="00304C11">
        <w:rPr>
          <w:rFonts w:ascii="Times New Roman" w:hAnsi="Times New Roman" w:cs="Times New Roman"/>
          <w:lang w:val="da-DK"/>
        </w:rPr>
        <w:lastRenderedPageBreak/>
        <w:t>30. Skader</w:t>
      </w:r>
      <w:bookmarkEnd w:id="29"/>
    </w:p>
    <w:p w14:paraId="2BDCB46D" w14:textId="0D398AD5"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udfører arbejdet med faglig omhu.</w:t>
      </w:r>
    </w:p>
    <w:p w14:paraId="4D028DE4" w14:textId="6B1A77EC"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kunden mener, at virksomheden har forårsaget en skade, skal kunden kontakte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hurtigst muligt.</w:t>
      </w:r>
    </w:p>
    <w:p w14:paraId="760A4AED"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Virksomheden skal have rimelig mulighed for at undersøge forholdet, inden kunden lader tredjemand udføre udbedring, medmindre øjeblikkelig handling er nødvendig for at begrænse yderligere skade.</w:t>
      </w:r>
    </w:p>
    <w:p w14:paraId="03E963E8" w14:textId="0F7BB741"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ikke ansvarlig for skader, der skyldes eksisterende forhold, kundens egne handlinger, kundeleverede materialer eller andre forhold, virksomheden ikke er ansvarlig for.</w:t>
      </w:r>
    </w:p>
    <w:p w14:paraId="2BAA6DDC" w14:textId="77777777" w:rsidR="00F365D2" w:rsidRPr="00304C11" w:rsidRDefault="009F114F">
      <w:pPr>
        <w:pStyle w:val="Overskrift1"/>
        <w:rPr>
          <w:rFonts w:ascii="Times New Roman" w:hAnsi="Times New Roman" w:cs="Times New Roman"/>
          <w:lang w:val="da-DK"/>
        </w:rPr>
      </w:pPr>
      <w:bookmarkStart w:id="30" w:name="_Toc238051944"/>
      <w:r w:rsidRPr="00304C11">
        <w:rPr>
          <w:rFonts w:ascii="Times New Roman" w:hAnsi="Times New Roman" w:cs="Times New Roman"/>
          <w:lang w:val="da-DK"/>
        </w:rPr>
        <w:t>31. Ansvar</w:t>
      </w:r>
      <w:bookmarkEnd w:id="30"/>
    </w:p>
    <w:p w14:paraId="44455BB3" w14:textId="4FE46CE3"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ansvarlig efter dansk rets almindelige regler.</w:t>
      </w:r>
    </w:p>
    <w:p w14:paraId="33DBC682"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Virksomheden er ikke ansvarlig for forhold eller tab, der skyldes kundens egne forhold, eksisterende fejl, manglende vedligeholdelse, tredjemands arbejde eller andre forhold uden for virksomhedens ansvar.</w:t>
      </w:r>
    </w:p>
    <w:p w14:paraId="115B32F6" w14:textId="62AC2E0F"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Ved erhvervskunder er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ikke ansvarlig for indirekte tab, driftstab, avancetab eller andet følgetab, medmindre andet følger af ufravigelig lovgivning eller særskilt aftale.</w:t>
      </w:r>
    </w:p>
    <w:p w14:paraId="72BEB0A6" w14:textId="77777777" w:rsidR="00F365D2" w:rsidRPr="00304C11" w:rsidRDefault="009F114F">
      <w:pPr>
        <w:pStyle w:val="Overskrift1"/>
        <w:rPr>
          <w:rFonts w:ascii="Times New Roman" w:hAnsi="Times New Roman" w:cs="Times New Roman"/>
          <w:lang w:val="da-DK"/>
        </w:rPr>
      </w:pPr>
      <w:bookmarkStart w:id="31" w:name="_Toc238051945"/>
      <w:r w:rsidRPr="00304C11">
        <w:rPr>
          <w:rFonts w:ascii="Times New Roman" w:hAnsi="Times New Roman" w:cs="Times New Roman"/>
          <w:lang w:val="da-DK"/>
        </w:rPr>
        <w:t>32. Reklamation og mangler</w:t>
      </w:r>
      <w:bookmarkEnd w:id="31"/>
    </w:p>
    <w:p w14:paraId="188BD3BB" w14:textId="16B51874"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kunden mener, at arbejdet har en fejl eller mangel, skal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kontaktes inden for rimelig tid efter, at forholdet er eller burde være opdaget.</w:t>
      </w:r>
    </w:p>
    <w:p w14:paraId="4746777D"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Kunden bør beskrive forholdet og fremsende billeder, hvor dette er relevant.</w:t>
      </w:r>
    </w:p>
    <w:p w14:paraId="7562C5FB" w14:textId="5D73B3EA"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skal have mulighed for at undersøge den påståede mangel.</w:t>
      </w:r>
    </w:p>
    <w:p w14:paraId="69522AA3" w14:textId="716C76B3"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virksomheden er ansvarlig for en mangel, har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som udgangspunkt ret til at forsøge at afhjælpe forholdet inden for rimelig tid.</w:t>
      </w:r>
    </w:p>
    <w:p w14:paraId="103AA42E" w14:textId="096E80EA"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Kunden bør derfor ikke lade en anden virksomhed udføre afhjælpning, før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har haft rimelig mulighed for at undersøge og afhjælpe forholdet, medmindre øjeblikkelig handling er nødvendig.</w:t>
      </w:r>
    </w:p>
    <w:p w14:paraId="34B940F1" w14:textId="77777777" w:rsidR="00F365D2" w:rsidRPr="00304C11" w:rsidRDefault="009F114F">
      <w:pPr>
        <w:pStyle w:val="Overskrift1"/>
        <w:rPr>
          <w:rFonts w:ascii="Times New Roman" w:hAnsi="Times New Roman" w:cs="Times New Roman"/>
          <w:lang w:val="da-DK"/>
        </w:rPr>
      </w:pPr>
      <w:bookmarkStart w:id="32" w:name="_Toc238051946"/>
      <w:r w:rsidRPr="00304C11">
        <w:rPr>
          <w:rFonts w:ascii="Times New Roman" w:hAnsi="Times New Roman" w:cs="Times New Roman"/>
          <w:lang w:val="da-DK"/>
        </w:rPr>
        <w:t>33. Vedligeholdelse og efterfølgende påvirkninger</w:t>
      </w:r>
      <w:bookmarkEnd w:id="32"/>
    </w:p>
    <w:p w14:paraId="41FD3B49"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Kunden er ansvarlig for almindelig og nødvendig vedligeholdelse efter arbejdets udførelse.</w:t>
      </w:r>
    </w:p>
    <w:p w14:paraId="2AD84247" w14:textId="11F616A4"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ikke ansvarlig for efterfølgende skader eller forringelser, der skyldes manglende vedligeholdelse, forkert brug, vejrpåvirkning, kundens egne ændringer, tredjemands arbejde eller manglende efterbehandling.</w:t>
      </w:r>
    </w:p>
    <w:p w14:paraId="457360B4" w14:textId="32B5BA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Dette gælder kun i det omfang, forholdet ikke skyldes en mangel ved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arbejde.</w:t>
      </w:r>
    </w:p>
    <w:p w14:paraId="7651BB18" w14:textId="77777777" w:rsidR="00F365D2" w:rsidRPr="00304C11" w:rsidRDefault="009F114F">
      <w:pPr>
        <w:pStyle w:val="Overskrift1"/>
        <w:rPr>
          <w:rFonts w:ascii="Times New Roman" w:hAnsi="Times New Roman" w:cs="Times New Roman"/>
          <w:lang w:val="da-DK"/>
        </w:rPr>
      </w:pPr>
      <w:bookmarkStart w:id="33" w:name="_Toc238051947"/>
      <w:r w:rsidRPr="00304C11">
        <w:rPr>
          <w:rFonts w:ascii="Times New Roman" w:hAnsi="Times New Roman" w:cs="Times New Roman"/>
          <w:lang w:val="da-DK"/>
        </w:rPr>
        <w:t>34. Garantier og serviceaftaler</w:t>
      </w:r>
      <w:bookmarkEnd w:id="33"/>
    </w:p>
    <w:p w14:paraId="38838287"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Der ydes kun særskilt garanti eller gratis vedligeholdelse, hvis dette udtrykkeligt fremgår af tilbuddet eller en særskilt aftale.</w:t>
      </w:r>
    </w:p>
    <w:p w14:paraId="283343CB"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Vilkår og omfang for en sådan garanti eller serviceordning fremgår af den konkrete aftale.</w:t>
      </w:r>
    </w:p>
    <w:p w14:paraId="51BC98EA"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En frivillig garanti ændrer ikke kundens rettigheder efter gældende lovgivning.</w:t>
      </w:r>
    </w:p>
    <w:p w14:paraId="4B431E80" w14:textId="77777777" w:rsidR="00F365D2" w:rsidRPr="00304C11" w:rsidRDefault="009F114F">
      <w:pPr>
        <w:pStyle w:val="Overskrift1"/>
        <w:rPr>
          <w:rFonts w:ascii="Times New Roman" w:hAnsi="Times New Roman" w:cs="Times New Roman"/>
          <w:lang w:val="da-DK"/>
        </w:rPr>
      </w:pPr>
      <w:bookmarkStart w:id="34" w:name="_Toc238051948"/>
      <w:r w:rsidRPr="00304C11">
        <w:rPr>
          <w:rFonts w:ascii="Times New Roman" w:hAnsi="Times New Roman" w:cs="Times New Roman"/>
          <w:lang w:val="da-DK"/>
        </w:rPr>
        <w:lastRenderedPageBreak/>
        <w:t>35. Producentgarantier</w:t>
      </w:r>
      <w:bookmarkEnd w:id="34"/>
    </w:p>
    <w:p w14:paraId="68F5F801"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Eventuelle producentgarantier på materialer eller produkter gælder efter producentens egne vilkår.</w:t>
      </w:r>
    </w:p>
    <w:p w14:paraId="3F382098" w14:textId="43B1A6E7"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videreformidler relevant dokumentation i det omfang, dette er nødvendigt og muligt.</w:t>
      </w:r>
    </w:p>
    <w:p w14:paraId="67474613" w14:textId="77777777" w:rsidR="00F365D2" w:rsidRPr="00304C11" w:rsidRDefault="009F114F">
      <w:pPr>
        <w:pStyle w:val="Overskrift1"/>
        <w:rPr>
          <w:rFonts w:ascii="Times New Roman" w:hAnsi="Times New Roman" w:cs="Times New Roman"/>
          <w:lang w:val="da-DK"/>
        </w:rPr>
      </w:pPr>
      <w:bookmarkStart w:id="35" w:name="_Toc238051949"/>
      <w:r w:rsidRPr="00304C11">
        <w:rPr>
          <w:rFonts w:ascii="Times New Roman" w:hAnsi="Times New Roman" w:cs="Times New Roman"/>
          <w:lang w:val="da-DK"/>
        </w:rPr>
        <w:t>36. Underentreprenører</w:t>
      </w:r>
      <w:bookmarkEnd w:id="35"/>
    </w:p>
    <w:p w14:paraId="34584575" w14:textId="2D77D37F"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kan anvende kvalificerede underentreprenører og samarbejdspartnere til dele af arbejdet.</w:t>
      </w:r>
    </w:p>
    <w:p w14:paraId="396D6B54" w14:textId="44F2340F"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fortsat kundens aftalepart, medmindre andet udtrykkeligt er aftalt.</w:t>
      </w:r>
    </w:p>
    <w:p w14:paraId="35BB367B" w14:textId="77777777" w:rsidR="00F365D2" w:rsidRPr="00304C11" w:rsidRDefault="009F114F">
      <w:pPr>
        <w:pStyle w:val="Overskrift1"/>
        <w:rPr>
          <w:rFonts w:ascii="Times New Roman" w:hAnsi="Times New Roman" w:cs="Times New Roman"/>
          <w:lang w:val="da-DK"/>
        </w:rPr>
      </w:pPr>
      <w:bookmarkStart w:id="36" w:name="_Toc238051950"/>
      <w:r w:rsidRPr="00304C11">
        <w:rPr>
          <w:rFonts w:ascii="Times New Roman" w:hAnsi="Times New Roman" w:cs="Times New Roman"/>
          <w:lang w:val="da-DK"/>
        </w:rPr>
        <w:t>37. Dokumentation og billeder</w:t>
      </w:r>
      <w:bookmarkEnd w:id="36"/>
    </w:p>
    <w:p w14:paraId="6A25D2AA" w14:textId="692410B8"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kan tage billeder af arbejdsområdet før, under og efter arbejdet til brug for dokumentation, kvalitetssikring og behandling af eventuelle reklamationer.</w:t>
      </w:r>
    </w:p>
    <w:p w14:paraId="1DDDDD10" w14:textId="77777777" w:rsidR="00F365D2" w:rsidRPr="00304C11" w:rsidRDefault="009F114F">
      <w:pPr>
        <w:pStyle w:val="Overskrift1"/>
        <w:rPr>
          <w:rFonts w:ascii="Times New Roman" w:hAnsi="Times New Roman" w:cs="Times New Roman"/>
          <w:lang w:val="da-DK"/>
        </w:rPr>
      </w:pPr>
      <w:bookmarkStart w:id="37" w:name="_Toc238051951"/>
      <w:r w:rsidRPr="00304C11">
        <w:rPr>
          <w:rFonts w:ascii="Times New Roman" w:hAnsi="Times New Roman" w:cs="Times New Roman"/>
          <w:lang w:val="da-DK"/>
        </w:rPr>
        <w:t>38. Fortrydelsesret for private kunder</w:t>
      </w:r>
      <w:bookmarkEnd w:id="37"/>
    </w:p>
    <w:p w14:paraId="6376667B" w14:textId="1B097D2E"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en aftale indgås med en privatkunde via telefon, e-mail, hjemmeside eller uden for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forretningssted, kan kunden efter gældende regler have fortrydelsesret.</w:t>
      </w:r>
    </w:p>
    <w:p w14:paraId="50467B50"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kunden ønsker arbejdet påbegyndt inden udløbet af en eventuel fortrydelsesfrist, skal dette aftales og håndteres efter gældende regler.</w:t>
      </w:r>
    </w:p>
    <w:p w14:paraId="3AF584DA" w14:textId="77777777" w:rsidR="00F365D2" w:rsidRPr="00304C11" w:rsidRDefault="009F114F">
      <w:pPr>
        <w:pStyle w:val="Overskrift1"/>
        <w:rPr>
          <w:rFonts w:ascii="Times New Roman" w:hAnsi="Times New Roman" w:cs="Times New Roman"/>
          <w:lang w:val="da-DK"/>
        </w:rPr>
      </w:pPr>
      <w:bookmarkStart w:id="38" w:name="_Toc238051952"/>
      <w:r w:rsidRPr="00304C11">
        <w:rPr>
          <w:rFonts w:ascii="Times New Roman" w:hAnsi="Times New Roman" w:cs="Times New Roman"/>
          <w:lang w:val="da-DK"/>
        </w:rPr>
        <w:t>39. Force majeure</w:t>
      </w:r>
      <w:bookmarkEnd w:id="38"/>
    </w:p>
    <w:p w14:paraId="77F68266" w14:textId="5CD6CE0F"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er ikke ansvarlig for forsinkelser eller manglende opfyldelse som følge af ekstraordinære forhold uden for virksomhedens rimelige kontrol.</w:t>
      </w:r>
    </w:p>
    <w:p w14:paraId="46F56FC7"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Det kan </w:t>
      </w:r>
      <w:proofErr w:type="gramStart"/>
      <w:r w:rsidRPr="00304C11">
        <w:rPr>
          <w:rFonts w:ascii="Times New Roman" w:hAnsi="Times New Roman" w:cs="Times New Roman"/>
          <w:lang w:val="da-DK"/>
        </w:rPr>
        <w:t>eksempelvis</w:t>
      </w:r>
      <w:proofErr w:type="gramEnd"/>
      <w:r w:rsidRPr="00304C11">
        <w:rPr>
          <w:rFonts w:ascii="Times New Roman" w:hAnsi="Times New Roman" w:cs="Times New Roman"/>
          <w:lang w:val="da-DK"/>
        </w:rPr>
        <w:t xml:space="preserve"> være ekstreme vejrforhold, brand, oversvømmelse, krig eller konflikt, myndighedsindgreb, omfattende strejke eller lockout, alvorlige leveringsproblemer eller andre ekstraordinære hændelser.</w:t>
      </w:r>
    </w:p>
    <w:p w14:paraId="50CDEE59" w14:textId="5C6C0002"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genoptager arbejdet hurtigst muligt, når forholdene tillader det.</w:t>
      </w:r>
    </w:p>
    <w:p w14:paraId="073DA9FF" w14:textId="77777777" w:rsidR="00F365D2" w:rsidRPr="00304C11" w:rsidRDefault="009F114F">
      <w:pPr>
        <w:pStyle w:val="Overskrift1"/>
        <w:rPr>
          <w:rFonts w:ascii="Times New Roman" w:hAnsi="Times New Roman" w:cs="Times New Roman"/>
          <w:lang w:val="da-DK"/>
        </w:rPr>
      </w:pPr>
      <w:bookmarkStart w:id="39" w:name="_Toc238051953"/>
      <w:r w:rsidRPr="00304C11">
        <w:rPr>
          <w:rFonts w:ascii="Times New Roman" w:hAnsi="Times New Roman" w:cs="Times New Roman"/>
          <w:lang w:val="da-DK"/>
        </w:rPr>
        <w:t>40. AB-Forbruger</w:t>
      </w:r>
      <w:bookmarkEnd w:id="39"/>
    </w:p>
    <w:p w14:paraId="63AF510F" w14:textId="2FF7733C"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AB-Forbruger gælder ikke automatisk for aftaler med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w:t>
      </w:r>
    </w:p>
    <w:p w14:paraId="57C599D8" w14:textId="56A47F95"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Ved større eller mere omfattende bygge- og renoveringsopgaver med private kunder kan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og kunden særskilt aftale, at AB-Forbruger skal være en del af aftalegrundlaget.</w:t>
      </w:r>
    </w:p>
    <w:p w14:paraId="52ABD4CD"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AB-Forbruger anvendes, skal dette fremgå udtrykkeligt af det konkrete tilbud eller entreprisekontrakten.</w:t>
      </w:r>
    </w:p>
    <w:p w14:paraId="250F9471" w14:textId="77777777" w:rsidR="00F365D2" w:rsidRPr="00304C11" w:rsidRDefault="009F114F">
      <w:pPr>
        <w:pStyle w:val="Overskrift1"/>
        <w:rPr>
          <w:rFonts w:ascii="Times New Roman" w:hAnsi="Times New Roman" w:cs="Times New Roman"/>
          <w:lang w:val="da-DK"/>
        </w:rPr>
      </w:pPr>
      <w:bookmarkStart w:id="40" w:name="_Toc238051954"/>
      <w:r w:rsidRPr="00304C11">
        <w:rPr>
          <w:rFonts w:ascii="Times New Roman" w:hAnsi="Times New Roman" w:cs="Times New Roman"/>
          <w:lang w:val="da-DK"/>
        </w:rPr>
        <w:t>41. AB 18 og erhvervsentrepriser</w:t>
      </w:r>
      <w:bookmarkEnd w:id="40"/>
    </w:p>
    <w:p w14:paraId="61BE6FF7"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AB 18 gælder ikke automatisk.</w:t>
      </w:r>
    </w:p>
    <w:p w14:paraId="61DA4A6B"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Ved større entrepriser for erhvervskunder kan parterne særskilt aftale, at AB 18 eller andre relevante standardvilkår skal gælde.</w:t>
      </w:r>
    </w:p>
    <w:p w14:paraId="0E65D619"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Dette skal fremgå af den konkrete entreprisekontrakt.</w:t>
      </w:r>
    </w:p>
    <w:p w14:paraId="73D32DC8" w14:textId="6CED8518"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almindelige handelsbetingelser er primært beregnet til virksomhedens mindre og mellemstore håndværks-, service- og entreprisearbejder.</w:t>
      </w:r>
    </w:p>
    <w:p w14:paraId="07905469" w14:textId="77777777" w:rsidR="00F365D2" w:rsidRPr="00304C11" w:rsidRDefault="009F114F">
      <w:pPr>
        <w:pStyle w:val="Overskrift1"/>
        <w:rPr>
          <w:rFonts w:ascii="Times New Roman" w:hAnsi="Times New Roman" w:cs="Times New Roman"/>
          <w:lang w:val="da-DK"/>
        </w:rPr>
      </w:pPr>
      <w:bookmarkStart w:id="41" w:name="_Toc238051955"/>
      <w:r w:rsidRPr="00304C11">
        <w:rPr>
          <w:rFonts w:ascii="Times New Roman" w:hAnsi="Times New Roman" w:cs="Times New Roman"/>
          <w:lang w:val="da-DK"/>
        </w:rPr>
        <w:lastRenderedPageBreak/>
        <w:t>42. Kommunikation</w:t>
      </w:r>
      <w:bookmarkEnd w:id="41"/>
    </w:p>
    <w:p w14:paraId="4702F245"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Kommunikation vedrørende opgaven kan foregå via telefon, SMS og e-mail.</w:t>
      </w:r>
    </w:p>
    <w:p w14:paraId="57152EC3"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Ændringer vedrørende pris, arbejdets omfang, materialer og tidsplan bør bekræftes skriftligt.</w:t>
      </w:r>
    </w:p>
    <w:p w14:paraId="62AFC5AE"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SMS og e-mail kan anvendes som dokumentation for det aftalte.</w:t>
      </w:r>
    </w:p>
    <w:p w14:paraId="0C3F920F" w14:textId="77777777" w:rsidR="00F365D2" w:rsidRPr="00304C11" w:rsidRDefault="009F114F">
      <w:pPr>
        <w:pStyle w:val="Overskrift1"/>
        <w:rPr>
          <w:rFonts w:ascii="Times New Roman" w:hAnsi="Times New Roman" w:cs="Times New Roman"/>
          <w:lang w:val="da-DK"/>
        </w:rPr>
      </w:pPr>
      <w:bookmarkStart w:id="42" w:name="_Toc238051956"/>
      <w:r w:rsidRPr="00304C11">
        <w:rPr>
          <w:rFonts w:ascii="Times New Roman" w:hAnsi="Times New Roman" w:cs="Times New Roman"/>
          <w:lang w:val="da-DK"/>
        </w:rPr>
        <w:t>43. Klager</w:t>
      </w:r>
      <w:bookmarkEnd w:id="42"/>
    </w:p>
    <w:p w14:paraId="7DD307DC" w14:textId="02B81D05"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Hvis kunden er utilfreds med arbejdet, skal kunden først kontakte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så virksomheden får mulighed for at undersøge og forsøge at løse forholdet.</w:t>
      </w:r>
    </w:p>
    <w:p w14:paraId="23E18EE4"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En klage bør indeholde en beskrivelse af problemet samt relevante billeder og oplysninger om den konkrete opgave.</w:t>
      </w:r>
    </w:p>
    <w:p w14:paraId="1F337FFF"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en tvist ikke kan løses mellem parterne, kan en privatkunde benytte den klageadgang, der følger af gældende regler.</w:t>
      </w:r>
    </w:p>
    <w:p w14:paraId="15C211D6" w14:textId="77777777" w:rsidR="00F365D2" w:rsidRPr="00304C11" w:rsidRDefault="009F114F">
      <w:pPr>
        <w:pStyle w:val="Overskrift1"/>
        <w:rPr>
          <w:rFonts w:ascii="Times New Roman" w:hAnsi="Times New Roman" w:cs="Times New Roman"/>
          <w:lang w:val="da-DK"/>
        </w:rPr>
      </w:pPr>
      <w:bookmarkStart w:id="43" w:name="_Toc238051957"/>
      <w:r w:rsidRPr="00304C11">
        <w:rPr>
          <w:rFonts w:ascii="Times New Roman" w:hAnsi="Times New Roman" w:cs="Times New Roman"/>
          <w:lang w:val="da-DK"/>
        </w:rPr>
        <w:t>44. Lovvalg og tvister</w:t>
      </w:r>
      <w:bookmarkEnd w:id="43"/>
    </w:p>
    <w:p w14:paraId="5132FB0F"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Aftalen er underlagt dansk ret.</w:t>
      </w:r>
    </w:p>
    <w:p w14:paraId="2BD650C2" w14:textId="2285C998"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Uenigheder søges først løst gennem dialog mellem </w:t>
      </w:r>
      <w:r w:rsidR="007B6B66">
        <w:rPr>
          <w:rFonts w:ascii="Times New Roman" w:hAnsi="Times New Roman" w:cs="Times New Roman"/>
          <w:lang w:val="da-DK"/>
        </w:rPr>
        <w:t xml:space="preserve">Hollywood </w:t>
      </w:r>
      <w:proofErr w:type="spellStart"/>
      <w:r w:rsidR="007B6B66">
        <w:rPr>
          <w:rFonts w:ascii="Times New Roman" w:hAnsi="Times New Roman" w:cs="Times New Roman"/>
          <w:lang w:val="da-DK"/>
        </w:rPr>
        <w:t>Fliserens</w:t>
      </w:r>
      <w:proofErr w:type="spellEnd"/>
      <w:r w:rsidRPr="00304C11">
        <w:rPr>
          <w:rFonts w:ascii="Times New Roman" w:hAnsi="Times New Roman" w:cs="Times New Roman"/>
          <w:lang w:val="da-DK"/>
        </w:rPr>
        <w:t xml:space="preserve"> ApS og kunden.</w:t>
      </w:r>
    </w:p>
    <w:p w14:paraId="57E4E1F1"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Hvis dette ikke lykkes, behandles tvisten efter gældende regler ved relevant klageinstans eller kompetent domstol.</w:t>
      </w:r>
    </w:p>
    <w:p w14:paraId="02BCAEA0" w14:textId="77777777" w:rsidR="00F365D2" w:rsidRPr="00304C11" w:rsidRDefault="009F114F">
      <w:pPr>
        <w:pStyle w:val="Overskrift1"/>
        <w:rPr>
          <w:rFonts w:ascii="Times New Roman" w:hAnsi="Times New Roman" w:cs="Times New Roman"/>
          <w:lang w:val="da-DK"/>
        </w:rPr>
      </w:pPr>
      <w:bookmarkStart w:id="44" w:name="_Toc238051958"/>
      <w:r w:rsidRPr="00304C11">
        <w:rPr>
          <w:rFonts w:ascii="Times New Roman" w:hAnsi="Times New Roman" w:cs="Times New Roman"/>
          <w:lang w:val="da-DK"/>
        </w:rPr>
        <w:t>45. Ændring af handelsbetingelser</w:t>
      </w:r>
      <w:bookmarkEnd w:id="44"/>
    </w:p>
    <w:p w14:paraId="1B83DBF6" w14:textId="13B61468"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 kan ændre handelsbetingelserne for fremtidige aftaler.</w:t>
      </w:r>
    </w:p>
    <w:p w14:paraId="2C9A29D0" w14:textId="77777777" w:rsidR="00F365D2" w:rsidRPr="00304C11" w:rsidRDefault="009F114F">
      <w:pPr>
        <w:rPr>
          <w:rFonts w:ascii="Times New Roman" w:hAnsi="Times New Roman" w:cs="Times New Roman"/>
          <w:lang w:val="da-DK"/>
        </w:rPr>
      </w:pPr>
      <w:r w:rsidRPr="00304C11">
        <w:rPr>
          <w:rFonts w:ascii="Times New Roman" w:hAnsi="Times New Roman" w:cs="Times New Roman"/>
          <w:lang w:val="da-DK"/>
        </w:rPr>
        <w:t>For en allerede indgået aftale gælder den version af handelsbetingelserne, der var en del af aftalegrundlaget, da aftalen blev indgået.</w:t>
      </w:r>
    </w:p>
    <w:p w14:paraId="3142D8F2" w14:textId="77777777" w:rsidR="00F365D2" w:rsidRPr="00304C11" w:rsidRDefault="009F114F">
      <w:pPr>
        <w:pStyle w:val="Overskrift1"/>
        <w:rPr>
          <w:rFonts w:ascii="Times New Roman" w:hAnsi="Times New Roman" w:cs="Times New Roman"/>
          <w:lang w:val="da-DK"/>
        </w:rPr>
      </w:pPr>
      <w:bookmarkStart w:id="45" w:name="_Toc238051959"/>
      <w:r w:rsidRPr="00304C11">
        <w:rPr>
          <w:rFonts w:ascii="Times New Roman" w:hAnsi="Times New Roman" w:cs="Times New Roman"/>
          <w:lang w:val="da-DK"/>
        </w:rPr>
        <w:t>46. Kontaktoplysninger</w:t>
      </w:r>
      <w:bookmarkEnd w:id="45"/>
    </w:p>
    <w:p w14:paraId="6C898138" w14:textId="7B5729DA" w:rsidR="00F365D2" w:rsidRPr="00304C11" w:rsidRDefault="007B6B66">
      <w:pPr>
        <w:rPr>
          <w:rFonts w:ascii="Times New Roman" w:hAnsi="Times New Roman" w:cs="Times New Roman"/>
          <w:lang w:val="da-DK"/>
        </w:rPr>
      </w:pPr>
      <w:r>
        <w:rPr>
          <w:rFonts w:ascii="Times New Roman" w:hAnsi="Times New Roman" w:cs="Times New Roman"/>
          <w:lang w:val="da-DK"/>
        </w:rPr>
        <w:t xml:space="preserve">Hollywood </w:t>
      </w:r>
      <w:proofErr w:type="spellStart"/>
      <w:r>
        <w:rPr>
          <w:rFonts w:ascii="Times New Roman" w:hAnsi="Times New Roman" w:cs="Times New Roman"/>
          <w:lang w:val="da-DK"/>
        </w:rPr>
        <w:t>Fliserens</w:t>
      </w:r>
      <w:proofErr w:type="spellEnd"/>
      <w:r w:rsidR="009F114F" w:rsidRPr="00304C11">
        <w:rPr>
          <w:rFonts w:ascii="Times New Roman" w:hAnsi="Times New Roman" w:cs="Times New Roman"/>
          <w:lang w:val="da-DK"/>
        </w:rPr>
        <w:t xml:space="preserve"> ApS</w:t>
      </w:r>
    </w:p>
    <w:p w14:paraId="722F4238" w14:textId="4A6D9610"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CVR-nr.: </w:t>
      </w:r>
      <w:r w:rsidR="00626859" w:rsidRPr="00626859">
        <w:rPr>
          <w:rFonts w:ascii="Times New Roman" w:hAnsi="Times New Roman" w:cs="Times New Roman"/>
          <w:lang w:val="da-DK"/>
        </w:rPr>
        <w:t>46274954</w:t>
      </w:r>
    </w:p>
    <w:p w14:paraId="1A0C485F" w14:textId="2AE18B64"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Adresse: </w:t>
      </w:r>
      <w:r w:rsidR="00626859">
        <w:rPr>
          <w:rFonts w:ascii="Times New Roman" w:hAnsi="Times New Roman" w:cs="Times New Roman"/>
          <w:lang w:val="da-DK"/>
        </w:rPr>
        <w:t xml:space="preserve">Valby Langgade 265, </w:t>
      </w:r>
      <w:proofErr w:type="spellStart"/>
      <w:r w:rsidR="00626859">
        <w:rPr>
          <w:rFonts w:ascii="Times New Roman" w:hAnsi="Times New Roman" w:cs="Times New Roman"/>
          <w:lang w:val="da-DK"/>
        </w:rPr>
        <w:t>st</w:t>
      </w:r>
      <w:proofErr w:type="spellEnd"/>
      <w:r w:rsidR="00626859">
        <w:rPr>
          <w:rFonts w:ascii="Times New Roman" w:hAnsi="Times New Roman" w:cs="Times New Roman"/>
          <w:lang w:val="da-DK"/>
        </w:rPr>
        <w:t>, th</w:t>
      </w:r>
    </w:p>
    <w:p w14:paraId="644118E2" w14:textId="26B758D1" w:rsidR="00F365D2" w:rsidRPr="00304C11" w:rsidRDefault="009F114F">
      <w:pPr>
        <w:rPr>
          <w:rFonts w:ascii="Times New Roman" w:hAnsi="Times New Roman" w:cs="Times New Roman"/>
          <w:lang w:val="da-DK"/>
        </w:rPr>
      </w:pPr>
      <w:r w:rsidRPr="00304C11">
        <w:rPr>
          <w:rFonts w:ascii="Times New Roman" w:hAnsi="Times New Roman" w:cs="Times New Roman"/>
          <w:lang w:val="da-DK"/>
        </w:rPr>
        <w:t xml:space="preserve">Telefon: </w:t>
      </w:r>
      <w:r w:rsidR="00626859">
        <w:rPr>
          <w:rFonts w:ascii="Times New Roman" w:hAnsi="Times New Roman" w:cs="Times New Roman"/>
          <w:lang w:val="da-DK"/>
        </w:rPr>
        <w:t xml:space="preserve">71 96 93 94 </w:t>
      </w:r>
    </w:p>
    <w:p w14:paraId="30649508" w14:textId="0B0EB8F3" w:rsidR="00F365D2" w:rsidRPr="00D952E1" w:rsidRDefault="009F114F">
      <w:pPr>
        <w:rPr>
          <w:rFonts w:ascii="Times New Roman" w:hAnsi="Times New Roman" w:cs="Times New Roman"/>
          <w:lang w:val="da-DK"/>
        </w:rPr>
      </w:pPr>
      <w:r w:rsidRPr="00D952E1">
        <w:rPr>
          <w:rFonts w:ascii="Times New Roman" w:hAnsi="Times New Roman" w:cs="Times New Roman"/>
          <w:lang w:val="da-DK"/>
        </w:rPr>
        <w:t xml:space="preserve">E-mail: </w:t>
      </w:r>
      <w:r w:rsidR="00626859" w:rsidRPr="00D952E1">
        <w:rPr>
          <w:rFonts w:ascii="Times New Roman" w:hAnsi="Times New Roman" w:cs="Times New Roman"/>
          <w:lang w:val="da-DK"/>
        </w:rPr>
        <w:t>info@hollywoodrens.dk</w:t>
      </w:r>
    </w:p>
    <w:p w14:paraId="1DB62235" w14:textId="16266BFE" w:rsidR="00F365D2" w:rsidRPr="00D952E1" w:rsidRDefault="009F114F">
      <w:pPr>
        <w:rPr>
          <w:rFonts w:ascii="Times New Roman" w:hAnsi="Times New Roman" w:cs="Times New Roman"/>
          <w:lang w:val="da-DK"/>
        </w:rPr>
      </w:pPr>
      <w:r w:rsidRPr="00D952E1">
        <w:rPr>
          <w:rFonts w:ascii="Times New Roman" w:hAnsi="Times New Roman" w:cs="Times New Roman"/>
          <w:lang w:val="da-DK"/>
        </w:rPr>
        <w:t xml:space="preserve">Hjemmeside: </w:t>
      </w:r>
      <w:r w:rsidR="00626859" w:rsidRPr="00D952E1">
        <w:rPr>
          <w:rFonts w:ascii="Times New Roman" w:hAnsi="Times New Roman" w:cs="Times New Roman"/>
          <w:lang w:val="da-DK"/>
        </w:rPr>
        <w:t>Hollywoodfliserens.dk, Hollywoodtoemrer.dk, Hollywoodtagrens.dk, Hollywoodmurer.dk, Hollywoodisolering.dk</w:t>
      </w:r>
    </w:p>
    <w:p w14:paraId="6F4B1DF9" w14:textId="77777777" w:rsidR="00F365D2" w:rsidRPr="00304C11" w:rsidRDefault="009F114F">
      <w:pPr>
        <w:pStyle w:val="Overskrift1"/>
        <w:rPr>
          <w:lang w:val="da-DK"/>
        </w:rPr>
      </w:pPr>
      <w:bookmarkStart w:id="46" w:name="_Toc238051960"/>
      <w:r w:rsidRPr="00304C11">
        <w:rPr>
          <w:lang w:val="da-DK"/>
        </w:rPr>
        <w:t>TEKST TIL TILBUD</w:t>
      </w:r>
      <w:bookmarkEnd w:id="46"/>
    </w:p>
    <w:p w14:paraId="2FC9C7AE" w14:textId="08D515DF" w:rsidR="00F365D2" w:rsidRPr="00304C11" w:rsidRDefault="009F114F">
      <w:pPr>
        <w:rPr>
          <w:lang w:val="da-DK"/>
        </w:rPr>
      </w:pPr>
      <w:r w:rsidRPr="00304C11">
        <w:rPr>
          <w:lang w:val="da-DK"/>
        </w:rPr>
        <w:t xml:space="preserve">Ved accept af tilbuddet accepteres samtidig </w:t>
      </w:r>
      <w:r w:rsidR="007B6B66">
        <w:rPr>
          <w:lang w:val="da-DK"/>
        </w:rPr>
        <w:t xml:space="preserve">Hollywood </w:t>
      </w:r>
      <w:proofErr w:type="spellStart"/>
      <w:r w:rsidR="007B6B66">
        <w:rPr>
          <w:lang w:val="da-DK"/>
        </w:rPr>
        <w:t>Fliserens</w:t>
      </w:r>
      <w:proofErr w:type="spellEnd"/>
      <w:r w:rsidRPr="00304C11">
        <w:rPr>
          <w:lang w:val="da-DK"/>
        </w:rPr>
        <w:t xml:space="preserve"> ApS' gældende handelsbetingelser, som er vedlagt tilbuddet eller gjort tilgængelige for kunden inden accept. Eventuelle særlige forudsætninger og forbehold i det konkrete tilbud har forrang for de generelle handelsbetingelser.</w:t>
      </w:r>
    </w:p>
    <w:sectPr w:rsidR="00F365D2" w:rsidRPr="00304C11" w:rsidSect="00034616">
      <w:footerReference w:type="default" r:id="rId8"/>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D924" w14:textId="77777777" w:rsidR="00E01E50" w:rsidRDefault="00E01E50">
      <w:pPr>
        <w:spacing w:after="0" w:line="240" w:lineRule="auto"/>
      </w:pPr>
      <w:r>
        <w:separator/>
      </w:r>
    </w:p>
  </w:endnote>
  <w:endnote w:type="continuationSeparator" w:id="0">
    <w:p w14:paraId="2FA88C8D" w14:textId="77777777" w:rsidR="00E01E50" w:rsidRDefault="00E01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8B114" w14:textId="04C34F54" w:rsidR="00F365D2" w:rsidRDefault="009F114F">
    <w:pPr>
      <w:pStyle w:val="Sidefod"/>
      <w:jc w:val="center"/>
    </w:pPr>
    <w:r>
      <w:rPr>
        <w:sz w:val="16"/>
      </w:rPr>
      <w:t>Hollywood</w:t>
    </w:r>
    <w:r w:rsidR="003269B8">
      <w:rPr>
        <w:sz w:val="16"/>
      </w:rPr>
      <w:t xml:space="preserve"> </w:t>
    </w:r>
    <w:proofErr w:type="spellStart"/>
    <w:r w:rsidR="003269B8">
      <w:rPr>
        <w:sz w:val="16"/>
      </w:rPr>
      <w:t>Fliserens</w:t>
    </w:r>
    <w:proofErr w:type="spellEnd"/>
    <w:r>
      <w:rPr>
        <w:sz w:val="16"/>
      </w:rPr>
      <w:t xml:space="preserve"> </w:t>
    </w:r>
    <w:proofErr w:type="spellStart"/>
    <w:proofErr w:type="gramStart"/>
    <w:r>
      <w:rPr>
        <w:sz w:val="16"/>
      </w:rPr>
      <w:t>ApS</w:t>
    </w:r>
    <w:proofErr w:type="spellEnd"/>
    <w:r>
      <w:rPr>
        <w:sz w:val="16"/>
      </w:rPr>
      <w:t xml:space="preserve">  |</w:t>
    </w:r>
    <w:proofErr w:type="gramEnd"/>
    <w:r>
      <w:rPr>
        <w:sz w:val="16"/>
      </w:rPr>
      <w:t xml:space="preserve">  </w:t>
    </w:r>
    <w:proofErr w:type="spellStart"/>
    <w:proofErr w:type="gramStart"/>
    <w:r>
      <w:rPr>
        <w:sz w:val="16"/>
      </w:rPr>
      <w:t>Handelsbetingelser</w:t>
    </w:r>
    <w:proofErr w:type="spellEnd"/>
    <w:r>
      <w:rPr>
        <w:sz w:val="16"/>
      </w:rPr>
      <w:t xml:space="preserve">  |</w:t>
    </w:r>
    <w:proofErr w:type="gramEnd"/>
    <w:r>
      <w:rPr>
        <w:sz w:val="16"/>
      </w:rPr>
      <w:t xml:space="preserve">  Side </w:t>
    </w:r>
    <w:r>
      <w:fldChar w:fldCharType="begin"/>
    </w:r>
    <w:r>
      <w:instrText>PAGE</w:instrText>
    </w:r>
    <w:r>
      <w:fldChar w:fldCharType="separate"/>
    </w:r>
    <w:r w:rsidR="00304C1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1A040" w14:textId="77777777" w:rsidR="00E01E50" w:rsidRDefault="00E01E50">
      <w:pPr>
        <w:spacing w:after="0" w:line="240" w:lineRule="auto"/>
      </w:pPr>
      <w:r>
        <w:separator/>
      </w:r>
    </w:p>
  </w:footnote>
  <w:footnote w:type="continuationSeparator" w:id="0">
    <w:p w14:paraId="25B44E33" w14:textId="77777777" w:rsidR="00E01E50" w:rsidRDefault="00E01E50">
      <w:pPr>
        <w:spacing w:after="0" w:line="240" w:lineRule="auto"/>
      </w:pPr>
      <w:r>
        <w:continuationSeparator/>
      </w:r>
    </w:p>
  </w:footnote>
  <w:footnote w:id="1">
    <w:p w14:paraId="4F65169E" w14:textId="77FD3602" w:rsidR="00D952E1" w:rsidRPr="00D952E1" w:rsidRDefault="003269B8">
      <w:pPr>
        <w:pStyle w:val="Fodnotetekst"/>
        <w:rPr>
          <w:lang w:val="da-DK"/>
        </w:rPr>
      </w:pPr>
      <w:r>
        <w:rPr>
          <w:rStyle w:val="Fodnotehenvisning"/>
        </w:rPr>
        <w:footnoteRef/>
      </w:r>
      <w:r w:rsidR="00D952E1">
        <w:rPr>
          <w:rStyle w:val="Fodnotehenvisning"/>
        </w:rPr>
        <w:footnoteRef/>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num w:numId="1" w16cid:durableId="276064480">
    <w:abstractNumId w:val="8"/>
  </w:num>
  <w:num w:numId="2" w16cid:durableId="1410618546">
    <w:abstractNumId w:val="6"/>
  </w:num>
  <w:num w:numId="3" w16cid:durableId="585189893">
    <w:abstractNumId w:val="5"/>
  </w:num>
  <w:num w:numId="4" w16cid:durableId="819226155">
    <w:abstractNumId w:val="4"/>
  </w:num>
  <w:num w:numId="5" w16cid:durableId="1882739938">
    <w:abstractNumId w:val="7"/>
  </w:num>
  <w:num w:numId="6" w16cid:durableId="685057667">
    <w:abstractNumId w:val="3"/>
  </w:num>
  <w:num w:numId="7" w16cid:durableId="1185898279">
    <w:abstractNumId w:val="2"/>
  </w:num>
  <w:num w:numId="8" w16cid:durableId="951983352">
    <w:abstractNumId w:val="1"/>
  </w:num>
  <w:num w:numId="9" w16cid:durableId="1208563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EFF"/>
    <w:rsid w:val="00034616"/>
    <w:rsid w:val="0006063C"/>
    <w:rsid w:val="000B7C12"/>
    <w:rsid w:val="0015074B"/>
    <w:rsid w:val="0029639D"/>
    <w:rsid w:val="00304C11"/>
    <w:rsid w:val="003269B8"/>
    <w:rsid w:val="00326F90"/>
    <w:rsid w:val="003F06DB"/>
    <w:rsid w:val="005011C2"/>
    <w:rsid w:val="00626859"/>
    <w:rsid w:val="006E1B98"/>
    <w:rsid w:val="007B6B66"/>
    <w:rsid w:val="009F114F"/>
    <w:rsid w:val="00AA1D8D"/>
    <w:rsid w:val="00B47730"/>
    <w:rsid w:val="00CB0664"/>
    <w:rsid w:val="00D5468C"/>
    <w:rsid w:val="00D952E1"/>
    <w:rsid w:val="00E01E50"/>
    <w:rsid w:val="00F365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695BC5"/>
  <w14:defaultImageDpi w14:val="300"/>
  <w15:docId w15:val="{1BFBC7E4-54AB-41E2-BCD1-1BADB2B8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ind w:left="360"/>
      <w:contextualSpacing/>
    </w:pPr>
  </w:style>
  <w:style w:type="paragraph" w:styleId="Opstilling-forts2">
    <w:name w:val="List Continue 2"/>
    <w:basedOn w:val="Normal"/>
    <w:uiPriority w:val="99"/>
    <w:unhideWhenUsed/>
    <w:rsid w:val="0029639D"/>
    <w:pPr>
      <w:ind w:left="720"/>
      <w:contextualSpacing/>
    </w:pPr>
  </w:style>
  <w:style w:type="paragraph" w:styleId="Opstilling-forts3">
    <w:name w:val="List Continue 3"/>
    <w:basedOn w:val="Normal"/>
    <w:uiPriority w:val="99"/>
    <w:unhideWhenUsed/>
    <w:rsid w:val="0029639D"/>
    <w:pPr>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Indholdsfortegnelse1">
    <w:name w:val="toc 1"/>
    <w:basedOn w:val="Normal"/>
    <w:next w:val="Normal"/>
    <w:autoRedefine/>
    <w:uiPriority w:val="39"/>
    <w:unhideWhenUsed/>
    <w:rsid w:val="00304C11"/>
    <w:pPr>
      <w:spacing w:after="100"/>
    </w:pPr>
  </w:style>
  <w:style w:type="character" w:styleId="Hyperlink">
    <w:name w:val="Hyperlink"/>
    <w:basedOn w:val="Standardskrifttypeiafsnit"/>
    <w:uiPriority w:val="99"/>
    <w:unhideWhenUsed/>
    <w:rsid w:val="00304C11"/>
    <w:rPr>
      <w:color w:val="0000FF" w:themeColor="hyperlink"/>
      <w:u w:val="single"/>
    </w:rPr>
  </w:style>
  <w:style w:type="paragraph" w:styleId="Fodnotetekst">
    <w:name w:val="footnote text"/>
    <w:basedOn w:val="Normal"/>
    <w:link w:val="FodnotetekstTegn"/>
    <w:uiPriority w:val="99"/>
    <w:semiHidden/>
    <w:unhideWhenUsed/>
    <w:rsid w:val="00D952E1"/>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D952E1"/>
    <w:rPr>
      <w:rFonts w:ascii="Aptos" w:hAnsi="Aptos"/>
      <w:sz w:val="20"/>
      <w:szCs w:val="20"/>
    </w:rPr>
  </w:style>
  <w:style w:type="character" w:styleId="Fodnotehenvisning">
    <w:name w:val="footnote reference"/>
    <w:basedOn w:val="Standardskrifttypeiafsnit"/>
    <w:uiPriority w:val="99"/>
    <w:semiHidden/>
    <w:unhideWhenUsed/>
    <w:rsid w:val="00D952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3568</Words>
  <Characters>21766</Characters>
  <Application>Microsoft Office Word</Application>
  <DocSecurity>0</DocSecurity>
  <Lines>181</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Winther</cp:lastModifiedBy>
  <cp:revision>8</cp:revision>
  <dcterms:created xsi:type="dcterms:W3CDTF">2026-08-19T15:39:00Z</dcterms:created>
  <dcterms:modified xsi:type="dcterms:W3CDTF">2026-08-23T20:02:00Z</dcterms:modified>
  <cp:category/>
</cp:coreProperties>
</file>